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439A" w14:textId="77777777" w:rsidR="003775E5" w:rsidRDefault="0052280D">
      <w:pPr>
        <w:spacing w:after="480"/>
        <w:jc w:val="center"/>
      </w:pPr>
      <w:r>
        <w:rPr>
          <w:noProof/>
        </w:rPr>
        <w:drawing>
          <wp:inline distT="0" distB="0" distL="0" distR="0" wp14:anchorId="480D51DE" wp14:editId="255FB82B">
            <wp:extent cx="1935480" cy="5943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_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FBB9B" w14:textId="767DABEF" w:rsidR="00C9617E" w:rsidRPr="00C9617E" w:rsidRDefault="0052280D" w:rsidP="00C9617E">
      <w:pPr>
        <w:pStyle w:val="Title"/>
        <w:spacing w:after="48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ÖZYEĞİN ÜNİVERSİTESİ</w:t>
      </w:r>
      <w:r>
        <w:rPr>
          <w:rFonts w:ascii="Arial" w:hAnsi="Arial"/>
          <w:b/>
          <w:sz w:val="24"/>
        </w:rPr>
        <w:br/>
        <w:t xml:space="preserve">TOHUMLAMA PROGRAMI </w:t>
      </w:r>
      <w:r w:rsidR="00C9617E">
        <w:rPr>
          <w:rFonts w:ascii="Arial" w:hAnsi="Arial"/>
          <w:b/>
          <w:sz w:val="24"/>
        </w:rPr>
        <w:t xml:space="preserve">2026 </w:t>
      </w:r>
      <w:r>
        <w:rPr>
          <w:rFonts w:ascii="Arial" w:hAnsi="Arial"/>
          <w:b/>
          <w:sz w:val="24"/>
        </w:rPr>
        <w:t>ÇAĞRISI</w:t>
      </w:r>
      <w:r w:rsidR="00C9617E">
        <w:rPr>
          <w:rFonts w:ascii="Arial" w:hAnsi="Arial"/>
          <w:b/>
          <w:sz w:val="24"/>
        </w:rPr>
        <w:br/>
        <w:t xml:space="preserve">(SON BAŞVURU </w:t>
      </w:r>
      <w:proofErr w:type="gramStart"/>
      <w:r w:rsidR="00C9617E">
        <w:rPr>
          <w:rFonts w:ascii="Arial" w:hAnsi="Arial"/>
          <w:b/>
          <w:sz w:val="24"/>
        </w:rPr>
        <w:t>TARİHİ :</w:t>
      </w:r>
      <w:proofErr w:type="gramEnd"/>
      <w:r w:rsidR="00C9617E">
        <w:rPr>
          <w:rFonts w:ascii="Arial" w:hAnsi="Arial"/>
          <w:b/>
          <w:sz w:val="24"/>
        </w:rPr>
        <w:t xml:space="preserve"> 31 EKİM 2026)</w:t>
      </w:r>
    </w:p>
    <w:p w14:paraId="5FDAA8B7" w14:textId="7EC1B4E6" w:rsidR="003775E5" w:rsidRDefault="0052280D">
      <w:pPr>
        <w:keepNext/>
        <w:shd w:val="clear" w:color="auto" w:fill="E8BDD0"/>
        <w:spacing w:before="240"/>
      </w:pPr>
      <w:r>
        <w:rPr>
          <w:b/>
        </w:rPr>
        <w:t>SIKÇA SORULA</w:t>
      </w:r>
      <w:r w:rsidR="00D22F42">
        <w:rPr>
          <w:b/>
        </w:rPr>
        <w:t>N</w:t>
      </w:r>
      <w:r>
        <w:rPr>
          <w:b/>
        </w:rPr>
        <w:t xml:space="preserve"> SORULAR (SSS)</w:t>
      </w:r>
    </w:p>
    <w:p w14:paraId="75EB7739" w14:textId="77777777" w:rsidR="00BB53D2" w:rsidRDefault="00BB53D2"/>
    <w:p w14:paraId="62876133" w14:textId="77777777" w:rsidR="003775E5" w:rsidRDefault="0052280D" w:rsidP="00032D28">
      <w:pPr>
        <w:keepNext/>
        <w:shd w:val="clear" w:color="auto" w:fill="E8BDD0"/>
        <w:spacing w:before="240"/>
        <w:jc w:val="both"/>
      </w:pPr>
      <w:r>
        <w:rPr>
          <w:b/>
        </w:rPr>
        <w:t>1. Programla ilgili detaylı bilgileri nereden bulabilirim?</w:t>
      </w:r>
    </w:p>
    <w:p w14:paraId="7EA8D0DE" w14:textId="21032A22" w:rsidR="003775E5" w:rsidRDefault="0052280D" w:rsidP="00032D28">
      <w:pPr>
        <w:jc w:val="both"/>
      </w:pPr>
      <w:proofErr w:type="spellStart"/>
      <w:r>
        <w:t>Tohumlama</w:t>
      </w:r>
      <w:proofErr w:type="spellEnd"/>
      <w:r>
        <w:t xml:space="preserve"> </w:t>
      </w:r>
      <w:proofErr w:type="spellStart"/>
      <w:r>
        <w:t>Araştırma</w:t>
      </w:r>
      <w:proofErr w:type="spellEnd"/>
      <w:r>
        <w:t xml:space="preserve"> </w:t>
      </w:r>
      <w:proofErr w:type="spellStart"/>
      <w:r>
        <w:t>Programı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formları</w:t>
      </w:r>
      <w:proofErr w:type="spellEnd"/>
      <w:r>
        <w:t xml:space="preserve"> ve </w:t>
      </w:r>
      <w:proofErr w:type="spellStart"/>
      <w:r>
        <w:t>detaylı</w:t>
      </w:r>
      <w:proofErr w:type="spellEnd"/>
      <w:r>
        <w:t xml:space="preserve"> </w:t>
      </w:r>
      <w:proofErr w:type="spellStart"/>
      <w:r>
        <w:t>bilgileri</w:t>
      </w:r>
      <w:proofErr w:type="spellEnd"/>
      <w:r>
        <w:t xml:space="preserve">, </w:t>
      </w:r>
      <w:proofErr w:type="spellStart"/>
      <w:r>
        <w:t>ÖzÜ</w:t>
      </w:r>
      <w:proofErr w:type="spellEnd"/>
      <w:r>
        <w:t xml:space="preserve"> </w:t>
      </w:r>
      <w:proofErr w:type="spellStart"/>
      <w:r w:rsidR="00032D28">
        <w:t>Disiplinlerarası</w:t>
      </w:r>
      <w:proofErr w:type="spellEnd"/>
      <w:r>
        <w:t xml:space="preserve"> </w:t>
      </w:r>
      <w:proofErr w:type="spellStart"/>
      <w:r>
        <w:t>Araştırma</w:t>
      </w:r>
      <w:proofErr w:type="spellEnd"/>
      <w:r>
        <w:t xml:space="preserve"> </w:t>
      </w:r>
      <w:proofErr w:type="spellStart"/>
      <w:r w:rsidR="0084523D">
        <w:t>s</w:t>
      </w:r>
      <w:r>
        <w:t>ayfası</w:t>
      </w:r>
      <w:proofErr w:type="spellEnd"/>
      <w:r>
        <w:t xml:space="preserve"> </w:t>
      </w:r>
      <w:proofErr w:type="spellStart"/>
      <w:r>
        <w:t>altında</w:t>
      </w:r>
      <w:proofErr w:type="spellEnd"/>
      <w:r>
        <w:t xml:space="preserve"> </w:t>
      </w:r>
      <w:proofErr w:type="spellStart"/>
      <w:r>
        <w:t>bulabilirsiniz</w:t>
      </w:r>
      <w:proofErr w:type="spellEnd"/>
      <w:r>
        <w:t>:</w:t>
      </w:r>
    </w:p>
    <w:p w14:paraId="04AA20D8" w14:textId="24DA5DEC" w:rsidR="003B179A" w:rsidRDefault="006B356C" w:rsidP="00502F4D">
      <w:pPr>
        <w:jc w:val="both"/>
      </w:pPr>
      <w:hyperlink r:id="rId7" w:history="1">
        <w:r w:rsidRPr="009474DA">
          <w:rPr>
            <w:rStyle w:val="Hyperlink"/>
          </w:rPr>
          <w:t>https://www.ozyegin.edu.tr/tr/disiplinlerarasi-arastirma/disiplinler-arasi-arastirmalar-icin-destekler/tohumlama-fonlari</w:t>
        </w:r>
      </w:hyperlink>
      <w:r w:rsidR="00032D28">
        <w:t xml:space="preserve"> </w:t>
      </w:r>
      <w:r w:rsidR="003B179A">
        <w:t xml:space="preserve"> </w:t>
      </w:r>
    </w:p>
    <w:p w14:paraId="1CB6C660" w14:textId="73D8A0F2" w:rsidR="003775E5" w:rsidRDefault="0052280D" w:rsidP="00032D28">
      <w:pPr>
        <w:keepNext/>
        <w:shd w:val="clear" w:color="auto" w:fill="E8BDD0"/>
        <w:spacing w:before="240"/>
        <w:jc w:val="both"/>
      </w:pPr>
      <w:r>
        <w:rPr>
          <w:b/>
        </w:rPr>
        <w:t xml:space="preserve">2. </w:t>
      </w:r>
      <w:proofErr w:type="spellStart"/>
      <w:r>
        <w:rPr>
          <w:b/>
        </w:rPr>
        <w:t>İdari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persone</w:t>
      </w:r>
      <w:r w:rsidR="00032D28">
        <w:rPr>
          <w:b/>
        </w:rPr>
        <w:t>l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araştırma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görevlileri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öğretim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görevlileri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Tohumlama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Araştırma</w:t>
      </w:r>
      <w:proofErr w:type="spellEnd"/>
      <w:r>
        <w:rPr>
          <w:b/>
        </w:rPr>
        <w:t xml:space="preserve"> Programı kapsamında PI (</w:t>
      </w:r>
      <w:r w:rsidR="002039B5">
        <w:rPr>
          <w:b/>
        </w:rPr>
        <w:t>P</w:t>
      </w:r>
      <w:r>
        <w:rPr>
          <w:b/>
        </w:rPr>
        <w:t xml:space="preserve">rincipal </w:t>
      </w:r>
      <w:r w:rsidR="002039B5">
        <w:rPr>
          <w:b/>
        </w:rPr>
        <w:t>I</w:t>
      </w:r>
      <w:r>
        <w:rPr>
          <w:b/>
        </w:rPr>
        <w:t xml:space="preserve">nvestigator – </w:t>
      </w:r>
      <w:r w:rsidR="002039B5">
        <w:rPr>
          <w:b/>
        </w:rPr>
        <w:t>B</w:t>
      </w:r>
      <w:r>
        <w:rPr>
          <w:b/>
        </w:rPr>
        <w:t xml:space="preserve">aş </w:t>
      </w:r>
      <w:proofErr w:type="spellStart"/>
      <w:r w:rsidR="002039B5">
        <w:rPr>
          <w:b/>
        </w:rPr>
        <w:t>A</w:t>
      </w:r>
      <w:r>
        <w:rPr>
          <w:b/>
        </w:rPr>
        <w:t>raştırmacı</w:t>
      </w:r>
      <w:proofErr w:type="spellEnd"/>
      <w:r>
        <w:rPr>
          <w:b/>
        </w:rPr>
        <w:t xml:space="preserve">) </w:t>
      </w:r>
      <w:proofErr w:type="spellStart"/>
      <w:r>
        <w:rPr>
          <w:b/>
        </w:rPr>
        <w:t>olarak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başvuru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gönderebilir</w:t>
      </w:r>
      <w:proofErr w:type="spellEnd"/>
      <w:r>
        <w:rPr>
          <w:b/>
        </w:rPr>
        <w:t xml:space="preserve"> mi?</w:t>
      </w:r>
    </w:p>
    <w:p w14:paraId="2AE51E81" w14:textId="135955FD" w:rsidR="003775E5" w:rsidRDefault="0052280D" w:rsidP="00937016">
      <w:pPr>
        <w:jc w:val="both"/>
      </w:pPr>
      <w:r>
        <w:t xml:space="preserve">Hayır. </w:t>
      </w:r>
      <w:proofErr w:type="spellStart"/>
      <w:r>
        <w:t>Sadece</w:t>
      </w:r>
      <w:proofErr w:type="spellEnd"/>
      <w:r>
        <w:t xml:space="preserve"> tam </w:t>
      </w:r>
      <w:proofErr w:type="spellStart"/>
      <w:r>
        <w:t>zamanlı</w:t>
      </w:r>
      <w:proofErr w:type="spellEnd"/>
      <w:r>
        <w:t xml:space="preserve"> </w:t>
      </w:r>
      <w:proofErr w:type="spellStart"/>
      <w:r>
        <w:t>öğretim</w:t>
      </w:r>
      <w:proofErr w:type="spellEnd"/>
      <w:r>
        <w:t xml:space="preserve"> </w:t>
      </w:r>
      <w:proofErr w:type="spellStart"/>
      <w:r>
        <w:t>üyeleri</w:t>
      </w:r>
      <w:proofErr w:type="spellEnd"/>
      <w:r>
        <w:t xml:space="preserve"> (</w:t>
      </w:r>
      <w:proofErr w:type="spellStart"/>
      <w:r>
        <w:t>Profesör</w:t>
      </w:r>
      <w:r w:rsidR="00937016">
        <w:t>ler</w:t>
      </w:r>
      <w:proofErr w:type="spellEnd"/>
      <w:r>
        <w:t xml:space="preserve">, </w:t>
      </w:r>
      <w:proofErr w:type="spellStart"/>
      <w:r>
        <w:t>Doçent</w:t>
      </w:r>
      <w:r w:rsidR="00937016">
        <w:t>ler</w:t>
      </w:r>
      <w:proofErr w:type="spellEnd"/>
      <w:r>
        <w:t xml:space="preserve">, </w:t>
      </w:r>
      <w:proofErr w:type="spellStart"/>
      <w:r>
        <w:t>D</w:t>
      </w:r>
      <w:r w:rsidR="00247E80">
        <w:t>oktor</w:t>
      </w:r>
      <w:proofErr w:type="spellEnd"/>
      <w:r w:rsidR="00B91F29">
        <w:t xml:space="preserve"> </w:t>
      </w:r>
      <w:proofErr w:type="spellStart"/>
      <w:r>
        <w:t>Öğretim</w:t>
      </w:r>
      <w:proofErr w:type="spellEnd"/>
      <w:r>
        <w:t xml:space="preserve"> </w:t>
      </w:r>
      <w:proofErr w:type="spellStart"/>
      <w:r>
        <w:t>Üye</w:t>
      </w:r>
      <w:r w:rsidR="00937016">
        <w:t>leri</w:t>
      </w:r>
      <w:proofErr w:type="spellEnd"/>
      <w:r>
        <w:t xml:space="preserve">)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yapabilir</w:t>
      </w:r>
      <w:proofErr w:type="spellEnd"/>
      <w:r>
        <w:t>.</w:t>
      </w:r>
    </w:p>
    <w:p w14:paraId="32CFF53C" w14:textId="77777777" w:rsidR="003775E5" w:rsidRDefault="0052280D">
      <w:pPr>
        <w:keepNext/>
        <w:shd w:val="clear" w:color="auto" w:fill="E8BDD0"/>
        <w:spacing w:before="240"/>
      </w:pPr>
      <w:r>
        <w:rPr>
          <w:b/>
        </w:rPr>
        <w:t>3. Tohumlama projemde öğrenci çalıştırabilir miyim? Öğrencime projeden ödeme yapabilir miyim?</w:t>
      </w:r>
    </w:p>
    <w:p w14:paraId="6EFFC560" w14:textId="6544935D" w:rsidR="003775E5" w:rsidRDefault="0052280D" w:rsidP="00C46746">
      <w:pPr>
        <w:jc w:val="both"/>
      </w:pPr>
      <w:r>
        <w:t xml:space="preserve">Lisans öğrencileri ve nakit burs almayan, yani öğrenim ücreti muafiyeti olan yüksek lisans ve doktora öğrencileri, İnsan Kaynakları Departmanı’nın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gördüğü</w:t>
      </w:r>
      <w:proofErr w:type="spellEnd"/>
      <w:r>
        <w:t xml:space="preserve"> </w:t>
      </w:r>
      <w:proofErr w:type="spellStart"/>
      <w:r>
        <w:t>mekanizmalarla</w:t>
      </w:r>
      <w:proofErr w:type="spellEnd"/>
      <w:r>
        <w:t xml:space="preserve">, </w:t>
      </w:r>
      <w:proofErr w:type="spellStart"/>
      <w:r>
        <w:t>kısmi-zamanlı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desteklenebilir</w:t>
      </w:r>
      <w:proofErr w:type="spellEnd"/>
      <w:r>
        <w:t>.</w:t>
      </w:r>
    </w:p>
    <w:p w14:paraId="6543F81F" w14:textId="77777777" w:rsidR="003775E5" w:rsidRDefault="0052280D">
      <w:pPr>
        <w:keepNext/>
        <w:shd w:val="clear" w:color="auto" w:fill="E8BDD0"/>
        <w:spacing w:before="240"/>
      </w:pPr>
      <w:r>
        <w:rPr>
          <w:b/>
        </w:rPr>
        <w:t>4. Başvuru formu hangi dilde yazılmalıdır?</w:t>
      </w:r>
    </w:p>
    <w:p w14:paraId="7B92AE07" w14:textId="12F43BB0" w:rsidR="003775E5" w:rsidRDefault="0052280D">
      <w:r>
        <w:t xml:space="preserve">Başvuru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Türkçe</w:t>
      </w:r>
      <w:proofErr w:type="spellEnd"/>
      <w:r>
        <w:t xml:space="preserve"> </w:t>
      </w:r>
      <w:proofErr w:type="spellStart"/>
      <w:r w:rsidR="00B51EFA">
        <w:t>olarak</w:t>
      </w:r>
      <w:proofErr w:type="spellEnd"/>
      <w:r w:rsidR="00B51EFA">
        <w:t xml:space="preserve"> </w:t>
      </w:r>
      <w:proofErr w:type="spellStart"/>
      <w:r w:rsidR="00B51EFA">
        <w:t>yapılabilir</w:t>
      </w:r>
      <w:proofErr w:type="spellEnd"/>
      <w:r w:rsidR="00B51EFA">
        <w:t xml:space="preserve">. </w:t>
      </w:r>
    </w:p>
    <w:p w14:paraId="452B2A8B" w14:textId="77777777" w:rsidR="003775E5" w:rsidRDefault="0052280D" w:rsidP="00032D28">
      <w:pPr>
        <w:keepNext/>
        <w:shd w:val="clear" w:color="auto" w:fill="E8BDD0"/>
        <w:spacing w:before="240"/>
        <w:jc w:val="both"/>
      </w:pPr>
      <w:r>
        <w:rPr>
          <w:b/>
        </w:rPr>
        <w:t>5. Baş araştırmacılar (PI) değerlendirme panelinde sunum yapmalı mı? Sunum yapmak zorunlu mu?</w:t>
      </w:r>
    </w:p>
    <w:p w14:paraId="240BF4D5" w14:textId="69B4030F" w:rsidR="003775E5" w:rsidRDefault="0052280D" w:rsidP="00032D28">
      <w:pPr>
        <w:jc w:val="both"/>
      </w:pPr>
      <w:r>
        <w:t xml:space="preserve">Sunum zorunlu değildir. </w:t>
      </w:r>
      <w:proofErr w:type="spellStart"/>
      <w:r>
        <w:t>Ancak</w:t>
      </w:r>
      <w:proofErr w:type="spellEnd"/>
      <w:r>
        <w:t xml:space="preserve"> </w:t>
      </w:r>
      <w:proofErr w:type="spellStart"/>
      <w:r>
        <w:t>panelde</w:t>
      </w:r>
      <w:proofErr w:type="spellEnd"/>
      <w:r>
        <w:t xml:space="preserve"> </w:t>
      </w:r>
      <w:proofErr w:type="spellStart"/>
      <w:r>
        <w:t>sunum</w:t>
      </w:r>
      <w:proofErr w:type="spellEnd"/>
      <w:r>
        <w:t xml:space="preserve"> </w:t>
      </w:r>
      <w:proofErr w:type="spellStart"/>
      <w:r>
        <w:t>yaparak</w:t>
      </w:r>
      <w:proofErr w:type="spellEnd"/>
      <w:r>
        <w:t xml:space="preserve"> proje </w:t>
      </w:r>
      <w:proofErr w:type="spellStart"/>
      <w:r>
        <w:t>fikrinizi</w:t>
      </w:r>
      <w:proofErr w:type="spellEnd"/>
      <w:r>
        <w:t xml:space="preserve"> </w:t>
      </w:r>
      <w:proofErr w:type="spellStart"/>
      <w:r>
        <w:t>anlatmanız</w:t>
      </w:r>
      <w:proofErr w:type="spellEnd"/>
      <w:r>
        <w:t xml:space="preserve">, </w:t>
      </w:r>
      <w:proofErr w:type="spellStart"/>
      <w:r>
        <w:t>paneli</w:t>
      </w:r>
      <w:proofErr w:type="spellEnd"/>
      <w:r>
        <w:t xml:space="preserve"> </w:t>
      </w:r>
      <w:proofErr w:type="spellStart"/>
      <w:r>
        <w:t>ikna</w:t>
      </w:r>
      <w:proofErr w:type="spellEnd"/>
      <w:r>
        <w:t xml:space="preserve"> </w:t>
      </w:r>
      <w:proofErr w:type="spellStart"/>
      <w:r>
        <w:t>etme</w:t>
      </w:r>
      <w:proofErr w:type="spellEnd"/>
      <w:r>
        <w:t xml:space="preserve"> </w:t>
      </w:r>
      <w:proofErr w:type="spellStart"/>
      <w:r>
        <w:t>konusunda</w:t>
      </w:r>
      <w:proofErr w:type="spellEnd"/>
      <w:r>
        <w:t xml:space="preserve"> </w:t>
      </w:r>
      <w:proofErr w:type="spellStart"/>
      <w:r>
        <w:t>olumlu</w:t>
      </w:r>
      <w:proofErr w:type="spellEnd"/>
      <w:r>
        <w:t xml:space="preserve"> </w:t>
      </w:r>
      <w:proofErr w:type="spellStart"/>
      <w:r w:rsidR="00032D28">
        <w:t>bir</w:t>
      </w:r>
      <w:proofErr w:type="spellEnd"/>
      <w:r w:rsidR="00032D28">
        <w:t xml:space="preserve"> </w:t>
      </w:r>
      <w:proofErr w:type="spellStart"/>
      <w:r>
        <w:t>etki</w:t>
      </w:r>
      <w:proofErr w:type="spellEnd"/>
      <w:r>
        <w:t xml:space="preserve"> </w:t>
      </w:r>
      <w:proofErr w:type="spellStart"/>
      <w:r>
        <w:t>yaratacaktır</w:t>
      </w:r>
      <w:proofErr w:type="spellEnd"/>
      <w:r>
        <w:t>.</w:t>
      </w:r>
    </w:p>
    <w:p w14:paraId="79BC5D27" w14:textId="77777777" w:rsidR="003775E5" w:rsidRDefault="0052280D" w:rsidP="00032D28">
      <w:pPr>
        <w:keepNext/>
        <w:shd w:val="clear" w:color="auto" w:fill="E8BDD0"/>
        <w:spacing w:before="240"/>
        <w:jc w:val="both"/>
      </w:pPr>
      <w:r>
        <w:rPr>
          <w:b/>
        </w:rPr>
        <w:t>6. Proje fikrini yazarken nelere dikkat edelim? Önerileriniz olur mu?</w:t>
      </w:r>
    </w:p>
    <w:p w14:paraId="4A4E8FD6" w14:textId="335EDB0B" w:rsidR="003775E5" w:rsidRDefault="0052280D" w:rsidP="00032D28">
      <w:pPr>
        <w:jc w:val="both"/>
      </w:pPr>
      <w:r>
        <w:t xml:space="preserve">- </w:t>
      </w:r>
      <w:proofErr w:type="spellStart"/>
      <w:r>
        <w:t>Tohumlama</w:t>
      </w:r>
      <w:proofErr w:type="spellEnd"/>
      <w:r>
        <w:t xml:space="preserve"> </w:t>
      </w:r>
      <w:proofErr w:type="spellStart"/>
      <w:r>
        <w:t>Programı</w:t>
      </w:r>
      <w:proofErr w:type="spellEnd"/>
      <w:r>
        <w:t xml:space="preserve">, </w:t>
      </w:r>
      <w:proofErr w:type="spellStart"/>
      <w:r>
        <w:t>kurumun</w:t>
      </w:r>
      <w:proofErr w:type="spellEnd"/>
      <w:r>
        <w:t xml:space="preserve"> </w:t>
      </w:r>
      <w:proofErr w:type="spellStart"/>
      <w:r>
        <w:t>sağladığı</w:t>
      </w:r>
      <w:proofErr w:type="spellEnd"/>
      <w:r>
        <w:t xml:space="preserve"> </w:t>
      </w:r>
      <w:proofErr w:type="spellStart"/>
      <w:r w:rsidR="008D4FAF">
        <w:t>kaynakla</w:t>
      </w:r>
      <w:proofErr w:type="spellEnd"/>
      <w:r>
        <w:t xml:space="preserve"> </w:t>
      </w:r>
      <w:proofErr w:type="spellStart"/>
      <w:r>
        <w:t>öğretim</w:t>
      </w:r>
      <w:proofErr w:type="spellEnd"/>
      <w:r>
        <w:t xml:space="preserve"> </w:t>
      </w:r>
      <w:proofErr w:type="spellStart"/>
      <w:r>
        <w:t>üyelerinin</w:t>
      </w:r>
      <w:proofErr w:type="spellEnd"/>
      <w:r>
        <w:t xml:space="preserve"> </w:t>
      </w:r>
      <w:proofErr w:type="spellStart"/>
      <w:r>
        <w:t>merak</w:t>
      </w:r>
      <w:proofErr w:type="spellEnd"/>
      <w:r>
        <w:t xml:space="preserve"> </w:t>
      </w:r>
      <w:proofErr w:type="spellStart"/>
      <w:r>
        <w:t>ettikleri</w:t>
      </w:r>
      <w:proofErr w:type="spellEnd"/>
      <w:r>
        <w:t xml:space="preserve"> </w:t>
      </w:r>
      <w:proofErr w:type="spellStart"/>
      <w:r>
        <w:t>araştırma</w:t>
      </w:r>
      <w:proofErr w:type="spellEnd"/>
      <w:r>
        <w:t xml:space="preserve"> </w:t>
      </w:r>
      <w:proofErr w:type="spellStart"/>
      <w:r>
        <w:t>konularını</w:t>
      </w:r>
      <w:proofErr w:type="spellEnd"/>
      <w:r>
        <w:t xml:space="preserve"> </w:t>
      </w:r>
      <w:proofErr w:type="spellStart"/>
      <w:r>
        <w:t>denemeleri</w:t>
      </w:r>
      <w:proofErr w:type="spellEnd"/>
      <w:r>
        <w:t xml:space="preserve"> ve mümkünse ileride bu projede öğrenilenlerle dış kaynaklara (TÜBİTAK, AB vb.) başvurmaları için geliştirilmiş bir ön araştırma desteğidir. Bu sebeple, proje başvuru metninde uzun vadeli planlardan bahsedilebilir.</w:t>
      </w:r>
    </w:p>
    <w:p w14:paraId="42F0E985" w14:textId="39199166" w:rsidR="003775E5" w:rsidRDefault="0052280D" w:rsidP="00032D28">
      <w:pPr>
        <w:jc w:val="both"/>
      </w:pPr>
      <w:r>
        <w:t xml:space="preserve">-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dosyasında</w:t>
      </w:r>
      <w:proofErr w:type="spellEnd"/>
      <w:r>
        <w:t xml:space="preserve"> </w:t>
      </w:r>
      <w:proofErr w:type="spellStart"/>
      <w:r>
        <w:t>projenin</w:t>
      </w:r>
      <w:proofErr w:type="spellEnd"/>
      <w:r>
        <w:t xml:space="preserve"> </w:t>
      </w:r>
      <w:proofErr w:type="spellStart"/>
      <w:r>
        <w:t>özgün</w:t>
      </w:r>
      <w:proofErr w:type="spellEnd"/>
      <w:r>
        <w:t xml:space="preserve"> </w:t>
      </w:r>
      <w:proofErr w:type="spellStart"/>
      <w:r>
        <w:t>değeri</w:t>
      </w:r>
      <w:proofErr w:type="spellEnd"/>
      <w:r>
        <w:t xml:space="preserve"> iyi </w:t>
      </w:r>
      <w:proofErr w:type="spellStart"/>
      <w:r w:rsidR="00032D28">
        <w:t>biçimde</w:t>
      </w:r>
      <w:proofErr w:type="spellEnd"/>
      <w:r w:rsidR="00032D28">
        <w:t xml:space="preserve"> </w:t>
      </w:r>
      <w:proofErr w:type="spellStart"/>
      <w:r>
        <w:t>anlatılmalıdır</w:t>
      </w:r>
      <w:proofErr w:type="spellEnd"/>
      <w:r>
        <w:t>.</w:t>
      </w:r>
    </w:p>
    <w:sectPr w:rsidR="003775E5" w:rsidSect="00034616">
      <w:pgSz w:w="11906" w:h="16838"/>
      <w:pgMar w:top="1440" w:right="1040" w:bottom="920" w:left="10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6251780">
    <w:abstractNumId w:val="8"/>
  </w:num>
  <w:num w:numId="2" w16cid:durableId="716592336">
    <w:abstractNumId w:val="6"/>
  </w:num>
  <w:num w:numId="3" w16cid:durableId="1783111832">
    <w:abstractNumId w:val="5"/>
  </w:num>
  <w:num w:numId="4" w16cid:durableId="1023241322">
    <w:abstractNumId w:val="4"/>
  </w:num>
  <w:num w:numId="5" w16cid:durableId="1569418366">
    <w:abstractNumId w:val="7"/>
  </w:num>
  <w:num w:numId="6" w16cid:durableId="2012027250">
    <w:abstractNumId w:val="3"/>
  </w:num>
  <w:num w:numId="7" w16cid:durableId="1826166927">
    <w:abstractNumId w:val="2"/>
  </w:num>
  <w:num w:numId="8" w16cid:durableId="1925533698">
    <w:abstractNumId w:val="1"/>
  </w:num>
  <w:num w:numId="9" w16cid:durableId="616447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D28"/>
    <w:rsid w:val="00034616"/>
    <w:rsid w:val="0006063C"/>
    <w:rsid w:val="0015074B"/>
    <w:rsid w:val="0018082F"/>
    <w:rsid w:val="002039B5"/>
    <w:rsid w:val="00247E80"/>
    <w:rsid w:val="00270BE1"/>
    <w:rsid w:val="0029639D"/>
    <w:rsid w:val="00326F90"/>
    <w:rsid w:val="003775E5"/>
    <w:rsid w:val="003B179A"/>
    <w:rsid w:val="003E1B03"/>
    <w:rsid w:val="00495B64"/>
    <w:rsid w:val="004F6D68"/>
    <w:rsid w:val="00502F4D"/>
    <w:rsid w:val="0052280D"/>
    <w:rsid w:val="006A7FE0"/>
    <w:rsid w:val="006B356C"/>
    <w:rsid w:val="006D669F"/>
    <w:rsid w:val="00770769"/>
    <w:rsid w:val="00771DA8"/>
    <w:rsid w:val="0084523D"/>
    <w:rsid w:val="008D4FAF"/>
    <w:rsid w:val="008F2BFD"/>
    <w:rsid w:val="00937016"/>
    <w:rsid w:val="00AA1D8D"/>
    <w:rsid w:val="00B307AC"/>
    <w:rsid w:val="00B40EBD"/>
    <w:rsid w:val="00B47730"/>
    <w:rsid w:val="00B51EFA"/>
    <w:rsid w:val="00B91F29"/>
    <w:rsid w:val="00BB53D2"/>
    <w:rsid w:val="00C46746"/>
    <w:rsid w:val="00C9617E"/>
    <w:rsid w:val="00CB0664"/>
    <w:rsid w:val="00D22F42"/>
    <w:rsid w:val="00F239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95EF64F8-99EF-4B00-9695-7CFCC373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B17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7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ozyegin.edu.tr/tr/disiplinlerarasi-arastirma/disiplinler-arasi-arastirmalar-icin-destekler/tohumlama-fonlar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Zeynep Kotevoglu</cp:lastModifiedBy>
  <cp:revision>44</cp:revision>
  <dcterms:created xsi:type="dcterms:W3CDTF">2013-12-23T23:15:00Z</dcterms:created>
  <dcterms:modified xsi:type="dcterms:W3CDTF">2026-10-01T11:29:00Z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6f1f63fe-5e3c-4153-bd3d-ee57365d0a76</vt:lpwstr>
  </property>
</Properties>
</file>