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7C3FF" w14:textId="77777777" w:rsidR="00EC6F11" w:rsidRDefault="00340DDF">
      <w:pPr>
        <w:spacing w:after="680"/>
        <w:jc w:val="center"/>
      </w:pPr>
      <w:r>
        <w:rPr>
          <w:noProof/>
        </w:rPr>
        <w:drawing>
          <wp:inline distT="0" distB="0" distL="0" distR="0" wp14:anchorId="752EA9A3" wp14:editId="25E16A05">
            <wp:extent cx="1922780" cy="59436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_tr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278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6E1C8" w14:textId="77777777" w:rsidR="00EC6F11" w:rsidRDefault="00340DDF">
      <w:pPr>
        <w:pStyle w:val="Title"/>
        <w:spacing w:after="480"/>
        <w:jc w:val="center"/>
      </w:pPr>
      <w:r>
        <w:rPr>
          <w:rFonts w:ascii="Arial" w:hAnsi="Arial"/>
          <w:b/>
          <w:sz w:val="24"/>
        </w:rPr>
        <w:t>ÖZYEĞİN ÜNİVERSİTESİ</w:t>
      </w:r>
      <w:r>
        <w:rPr>
          <w:rFonts w:ascii="Arial" w:hAnsi="Arial"/>
          <w:b/>
          <w:sz w:val="24"/>
        </w:rPr>
        <w:br/>
        <w:t>TOHUMLAMA ARAŞTIRMA PROGRAMI</w:t>
      </w:r>
    </w:p>
    <w:p w14:paraId="14108ED3" w14:textId="13D77531" w:rsidR="00EC6F11" w:rsidRDefault="00340DDF">
      <w:pPr>
        <w:jc w:val="both"/>
      </w:pPr>
      <w:proofErr w:type="spellStart"/>
      <w:r>
        <w:t>Araştırma</w:t>
      </w:r>
      <w:proofErr w:type="spellEnd"/>
      <w:r>
        <w:t xml:space="preserve">, </w:t>
      </w:r>
      <w:proofErr w:type="spellStart"/>
      <w:r>
        <w:t>İnovasyon</w:t>
      </w:r>
      <w:proofErr w:type="spellEnd"/>
      <w:r>
        <w:t xml:space="preserve"> ve </w:t>
      </w:r>
      <w:proofErr w:type="spellStart"/>
      <w:r>
        <w:t>Etkiden</w:t>
      </w:r>
      <w:proofErr w:type="spellEnd"/>
      <w:r>
        <w:t xml:space="preserve"> </w:t>
      </w:r>
      <w:proofErr w:type="spellStart"/>
      <w:r>
        <w:t>Sorumlu</w:t>
      </w:r>
      <w:proofErr w:type="spellEnd"/>
      <w:r>
        <w:t xml:space="preserve"> </w:t>
      </w:r>
      <w:proofErr w:type="spellStart"/>
      <w:r>
        <w:t>Rektör</w:t>
      </w:r>
      <w:proofErr w:type="spellEnd"/>
      <w:r>
        <w:t xml:space="preserve"> </w:t>
      </w:r>
      <w:proofErr w:type="spellStart"/>
      <w:r>
        <w:t>Yardımcılığı</w:t>
      </w:r>
      <w:proofErr w:type="spellEnd"/>
      <w:r w:rsidR="006C2192">
        <w:t xml:space="preserve"> Ofisi</w:t>
      </w:r>
      <w:r>
        <w:t xml:space="preserve"> </w:t>
      </w:r>
      <w:proofErr w:type="spellStart"/>
      <w:r>
        <w:t>Özyeğin</w:t>
      </w:r>
      <w:proofErr w:type="spellEnd"/>
      <w:r>
        <w:t xml:space="preserve"> </w:t>
      </w:r>
      <w:proofErr w:type="spellStart"/>
      <w:r>
        <w:t>Üniversitesi</w:t>
      </w:r>
      <w:proofErr w:type="spellEnd"/>
      <w:r>
        <w:t xml:space="preserve"> </w:t>
      </w:r>
      <w:proofErr w:type="spellStart"/>
      <w:r>
        <w:t>Tohumlama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Programı’nın</w:t>
      </w:r>
      <w:proofErr w:type="spellEnd"/>
      <w:r>
        <w:t xml:space="preserve"> 3. </w:t>
      </w:r>
      <w:proofErr w:type="spellStart"/>
      <w:r>
        <w:t>çağrısını</w:t>
      </w:r>
      <w:proofErr w:type="spellEnd"/>
      <w:r>
        <w:t xml:space="preserve"> </w:t>
      </w:r>
      <w:proofErr w:type="spellStart"/>
      <w:r>
        <w:t>duyurmaktan</w:t>
      </w:r>
      <w:proofErr w:type="spellEnd"/>
      <w:r>
        <w:t xml:space="preserve"> </w:t>
      </w:r>
      <w:proofErr w:type="spellStart"/>
      <w:r>
        <w:t>memnuniyet</w:t>
      </w:r>
      <w:proofErr w:type="spellEnd"/>
      <w:r>
        <w:t xml:space="preserve"> </w:t>
      </w:r>
      <w:proofErr w:type="spellStart"/>
      <w:r>
        <w:t>duyar</w:t>
      </w:r>
      <w:proofErr w:type="spellEnd"/>
      <w:r>
        <w:t xml:space="preserve">. Bu program, </w:t>
      </w:r>
      <w:proofErr w:type="spellStart"/>
      <w:r>
        <w:t>işletme</w:t>
      </w:r>
      <w:proofErr w:type="spellEnd"/>
      <w:r>
        <w:t xml:space="preserve">, </w:t>
      </w:r>
      <w:proofErr w:type="spellStart"/>
      <w:r>
        <w:t>mühendislik</w:t>
      </w:r>
      <w:proofErr w:type="spellEnd"/>
      <w:r>
        <w:t xml:space="preserve">,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, </w:t>
      </w:r>
      <w:proofErr w:type="spellStart"/>
      <w:r>
        <w:t>havacılık</w:t>
      </w:r>
      <w:proofErr w:type="spellEnd"/>
      <w:r>
        <w:t xml:space="preserve"> ve </w:t>
      </w:r>
      <w:proofErr w:type="spellStart"/>
      <w:r>
        <w:t>uzay</w:t>
      </w:r>
      <w:proofErr w:type="spellEnd"/>
      <w:r>
        <w:t xml:space="preserve"> </w:t>
      </w:r>
      <w:proofErr w:type="spellStart"/>
      <w:r>
        <w:t>bilimleri</w:t>
      </w:r>
      <w:proofErr w:type="spellEnd"/>
      <w:r>
        <w:t xml:space="preserve">, </w:t>
      </w:r>
      <w:proofErr w:type="spellStart"/>
      <w:r>
        <w:t>hukuk</w:t>
      </w:r>
      <w:proofErr w:type="spellEnd"/>
      <w:r>
        <w:t xml:space="preserve">, </w:t>
      </w:r>
      <w:proofErr w:type="spellStart"/>
      <w:r>
        <w:t>mimarlık</w:t>
      </w:r>
      <w:proofErr w:type="spellEnd"/>
      <w:r>
        <w:t xml:space="preserve"> ve </w:t>
      </w:r>
      <w:proofErr w:type="spellStart"/>
      <w:r>
        <w:t>tasarım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uygulamalı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 de </w:t>
      </w:r>
      <w:proofErr w:type="spellStart"/>
      <w:r>
        <w:t>dahil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disiplinlerde</w:t>
      </w:r>
      <w:proofErr w:type="spellEnd"/>
      <w:r>
        <w:t xml:space="preserve"> </w:t>
      </w:r>
      <w:proofErr w:type="spellStart"/>
      <w:r>
        <w:t>yenilikçi</w:t>
      </w:r>
      <w:proofErr w:type="spellEnd"/>
      <w:r>
        <w:t xml:space="preserve"> ve </w:t>
      </w:r>
      <w:proofErr w:type="spellStart"/>
      <w:r>
        <w:t>erken</w:t>
      </w:r>
      <w:proofErr w:type="spellEnd"/>
      <w:r>
        <w:t xml:space="preserve"> </w:t>
      </w:r>
      <w:proofErr w:type="spellStart"/>
      <w:r>
        <w:t>aşamalarında</w:t>
      </w:r>
      <w:proofErr w:type="spellEnd"/>
      <w:r>
        <w:t xml:space="preserve"> (early-stage)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projelerini</w:t>
      </w:r>
      <w:proofErr w:type="spellEnd"/>
      <w:r>
        <w:t xml:space="preserve"> </w:t>
      </w:r>
      <w:proofErr w:type="spellStart"/>
      <w:r>
        <w:t>desteklemeyi</w:t>
      </w:r>
      <w:proofErr w:type="spellEnd"/>
      <w:r>
        <w:t xml:space="preserve"> </w:t>
      </w:r>
      <w:proofErr w:type="spellStart"/>
      <w:r>
        <w:t>amaçlamaktadır</w:t>
      </w:r>
      <w:proofErr w:type="spellEnd"/>
      <w:r>
        <w:t>.</w:t>
      </w:r>
    </w:p>
    <w:p w14:paraId="5A43EDF9" w14:textId="4BB78861" w:rsidR="00EC6F11" w:rsidRDefault="00340DDF">
      <w:pPr>
        <w:jc w:val="both"/>
      </w:pPr>
      <w:r>
        <w:t xml:space="preserve">Program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özgür</w:t>
      </w:r>
      <w:proofErr w:type="spellEnd"/>
      <w:r>
        <w:t xml:space="preserve"> </w:t>
      </w:r>
      <w:proofErr w:type="spellStart"/>
      <w:r>
        <w:t>düşünceli</w:t>
      </w:r>
      <w:proofErr w:type="spellEnd"/>
      <w:r>
        <w:t xml:space="preserve"> ve </w:t>
      </w:r>
      <w:proofErr w:type="spellStart"/>
      <w:r>
        <w:t>kavramsal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sınırlandırılmamış</w:t>
      </w:r>
      <w:proofErr w:type="spellEnd"/>
      <w:r>
        <w:t xml:space="preserve"> </w:t>
      </w:r>
      <w:proofErr w:type="spellStart"/>
      <w:r>
        <w:t>bilimsel</w:t>
      </w:r>
      <w:proofErr w:type="spellEnd"/>
      <w:r>
        <w:t xml:space="preserve"> </w:t>
      </w:r>
      <w:proofErr w:type="spellStart"/>
      <w:r>
        <w:t>araştırmaları</w:t>
      </w:r>
      <w:proofErr w:type="spellEnd"/>
      <w:r>
        <w:t xml:space="preserve"> </w:t>
      </w:r>
      <w:proofErr w:type="spellStart"/>
      <w:r>
        <w:t>teşvik</w:t>
      </w:r>
      <w:proofErr w:type="spellEnd"/>
      <w:r>
        <w:t xml:space="preserve"> </w:t>
      </w:r>
      <w:proofErr w:type="spellStart"/>
      <w:r>
        <w:t>etmeyi</w:t>
      </w:r>
      <w:proofErr w:type="spellEnd"/>
      <w:r>
        <w:t xml:space="preserve">, </w:t>
      </w:r>
      <w:proofErr w:type="spellStart"/>
      <w:r>
        <w:t>küresel</w:t>
      </w:r>
      <w:proofErr w:type="spellEnd"/>
      <w:r>
        <w:t xml:space="preserve"> </w:t>
      </w:r>
      <w:proofErr w:type="spellStart"/>
      <w:r>
        <w:t>bilimsel</w:t>
      </w:r>
      <w:proofErr w:type="spellEnd"/>
      <w:r>
        <w:t xml:space="preserve"> </w:t>
      </w:r>
      <w:proofErr w:type="spellStart"/>
      <w:r>
        <w:t>bilginin</w:t>
      </w:r>
      <w:proofErr w:type="spellEnd"/>
      <w:r>
        <w:t xml:space="preserve"> </w:t>
      </w:r>
      <w:proofErr w:type="spellStart"/>
      <w:r>
        <w:t>birikimine</w:t>
      </w:r>
      <w:proofErr w:type="spellEnd"/>
      <w:r>
        <w:t xml:space="preserve"> </w:t>
      </w:r>
      <w:proofErr w:type="spellStart"/>
      <w:r>
        <w:t>katkıda</w:t>
      </w:r>
      <w:proofErr w:type="spellEnd"/>
      <w:r>
        <w:t xml:space="preserve"> </w:t>
      </w:r>
      <w:proofErr w:type="spellStart"/>
      <w:r>
        <w:t>bulunmayı</w:t>
      </w:r>
      <w:proofErr w:type="spellEnd"/>
      <w:r>
        <w:t xml:space="preserve"> ve </w:t>
      </w:r>
      <w:proofErr w:type="spellStart"/>
      <w:r>
        <w:t>Türkiye’de</w:t>
      </w:r>
      <w:proofErr w:type="spellEnd"/>
      <w:r>
        <w:t xml:space="preserve"> </w:t>
      </w:r>
      <w:proofErr w:type="spellStart"/>
      <w:r>
        <w:t>bilimsel</w:t>
      </w:r>
      <w:proofErr w:type="spellEnd"/>
      <w:r>
        <w:t xml:space="preserve"> </w:t>
      </w:r>
      <w:proofErr w:type="spellStart"/>
      <w:r>
        <w:t>gelişimi</w:t>
      </w:r>
      <w:proofErr w:type="spellEnd"/>
      <w:r>
        <w:t xml:space="preserve"> </w:t>
      </w:r>
      <w:proofErr w:type="spellStart"/>
      <w:r>
        <w:t>desteklemeyi</w:t>
      </w:r>
      <w:proofErr w:type="spellEnd"/>
      <w:r>
        <w:t xml:space="preserve"> </w:t>
      </w:r>
      <w:proofErr w:type="spellStart"/>
      <w:r>
        <w:t>amaçlamaktadır</w:t>
      </w:r>
      <w:proofErr w:type="spellEnd"/>
      <w:r>
        <w:t xml:space="preserve">. Uygun </w:t>
      </w:r>
      <w:proofErr w:type="spellStart"/>
      <w:r>
        <w:t>görülen</w:t>
      </w:r>
      <w:proofErr w:type="spellEnd"/>
      <w:r>
        <w:t xml:space="preserve"> </w:t>
      </w:r>
      <w:proofErr w:type="spellStart"/>
      <w:r>
        <w:t>durumlarda</w:t>
      </w:r>
      <w:proofErr w:type="spellEnd"/>
      <w:r>
        <w:t xml:space="preserve">, </w:t>
      </w:r>
      <w:proofErr w:type="spellStart"/>
      <w:r>
        <w:t>bilgi</w:t>
      </w:r>
      <w:proofErr w:type="spellEnd"/>
      <w:r>
        <w:t xml:space="preserve"> ve </w:t>
      </w:r>
      <w:proofErr w:type="spellStart"/>
      <w:r>
        <w:t>teknolojinin</w:t>
      </w:r>
      <w:proofErr w:type="spellEnd"/>
      <w:r>
        <w:t xml:space="preserve"> </w:t>
      </w:r>
      <w:proofErr w:type="spellStart"/>
      <w:r>
        <w:t>sanayiye</w:t>
      </w:r>
      <w:proofErr w:type="spellEnd"/>
      <w:r>
        <w:t xml:space="preserve"> </w:t>
      </w:r>
      <w:proofErr w:type="spellStart"/>
      <w:r>
        <w:t>aktarılması</w:t>
      </w:r>
      <w:proofErr w:type="spellEnd"/>
      <w:r>
        <w:t xml:space="preserve"> da </w:t>
      </w:r>
      <w:proofErr w:type="spellStart"/>
      <w:r>
        <w:t>önemli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husustur</w:t>
      </w:r>
      <w:proofErr w:type="spellEnd"/>
      <w:r>
        <w:t xml:space="preserve">. </w:t>
      </w:r>
      <w:proofErr w:type="spellStart"/>
      <w:r>
        <w:t>Ancak</w:t>
      </w:r>
      <w:proofErr w:type="spellEnd"/>
      <w:r>
        <w:t xml:space="preserve"> program </w:t>
      </w:r>
      <w:proofErr w:type="spellStart"/>
      <w:r>
        <w:t>süregelen</w:t>
      </w:r>
      <w:proofErr w:type="spellEnd"/>
      <w:r>
        <w:t xml:space="preserve"> </w:t>
      </w:r>
      <w:proofErr w:type="spellStart"/>
      <w:r>
        <w:t>projelere</w:t>
      </w:r>
      <w:proofErr w:type="spellEnd"/>
      <w:r>
        <w:t xml:space="preserve"> ek </w:t>
      </w:r>
      <w:proofErr w:type="spellStart"/>
      <w:r>
        <w:t>finansman</w:t>
      </w:r>
      <w:proofErr w:type="spellEnd"/>
      <w:r>
        <w:t xml:space="preserve"> </w:t>
      </w:r>
      <w:proofErr w:type="spellStart"/>
      <w:r>
        <w:t>sağlamayı</w:t>
      </w:r>
      <w:proofErr w:type="spellEnd"/>
      <w:r>
        <w:t xml:space="preserve"> </w:t>
      </w:r>
      <w:proofErr w:type="spellStart"/>
      <w:r>
        <w:t>amaçlamamaktadır</w:t>
      </w:r>
      <w:proofErr w:type="spellEnd"/>
      <w:r>
        <w:t>.</w:t>
      </w:r>
    </w:p>
    <w:p w14:paraId="7B0D4192" w14:textId="735A18B5" w:rsidR="00EC6F11" w:rsidRDefault="00E53BC0">
      <w:pPr>
        <w:jc w:val="both"/>
      </w:pPr>
      <w:proofErr w:type="spellStart"/>
      <w:r>
        <w:t>T</w:t>
      </w:r>
      <w:r w:rsidR="00340DDF">
        <w:t>ohumlama</w:t>
      </w:r>
      <w:proofErr w:type="spellEnd"/>
      <w:r w:rsidR="00340DDF">
        <w:t xml:space="preserve"> </w:t>
      </w:r>
      <w:proofErr w:type="spellStart"/>
      <w:r>
        <w:t>P</w:t>
      </w:r>
      <w:r w:rsidR="00340DDF">
        <w:t>rogramı</w:t>
      </w:r>
      <w:proofErr w:type="spellEnd"/>
      <w:r>
        <w:t xml:space="preserve">, </w:t>
      </w:r>
      <w:proofErr w:type="spellStart"/>
      <w:r w:rsidR="00340DDF">
        <w:t>Özyeğin</w:t>
      </w:r>
      <w:proofErr w:type="spellEnd"/>
      <w:r w:rsidR="00340DDF">
        <w:t xml:space="preserve"> </w:t>
      </w:r>
      <w:proofErr w:type="spellStart"/>
      <w:r w:rsidR="00340DDF">
        <w:t>Üniversitesi'nde</w:t>
      </w:r>
      <w:proofErr w:type="spellEnd"/>
      <w:r w:rsidR="00340DDF">
        <w:t xml:space="preserve"> tam </w:t>
      </w:r>
      <w:proofErr w:type="spellStart"/>
      <w:r w:rsidR="00340DDF">
        <w:t>zamanlı</w:t>
      </w:r>
      <w:proofErr w:type="spellEnd"/>
      <w:r w:rsidR="00340DDF">
        <w:t xml:space="preserve"> </w:t>
      </w:r>
      <w:proofErr w:type="spellStart"/>
      <w:r w:rsidR="00340DDF">
        <w:t>görev</w:t>
      </w:r>
      <w:proofErr w:type="spellEnd"/>
      <w:r w:rsidR="00340DDF">
        <w:t xml:space="preserve"> </w:t>
      </w:r>
      <w:proofErr w:type="spellStart"/>
      <w:r w:rsidR="00340DDF">
        <w:t>yapan</w:t>
      </w:r>
      <w:proofErr w:type="spellEnd"/>
      <w:r w:rsidR="00340DDF">
        <w:t xml:space="preserve"> </w:t>
      </w:r>
      <w:proofErr w:type="spellStart"/>
      <w:r w:rsidR="00340DDF">
        <w:t>tüm</w:t>
      </w:r>
      <w:proofErr w:type="spellEnd"/>
      <w:r w:rsidR="00340DDF">
        <w:t xml:space="preserve"> </w:t>
      </w:r>
      <w:proofErr w:type="spellStart"/>
      <w:r w:rsidR="00340DDF">
        <w:t>öğretim</w:t>
      </w:r>
      <w:proofErr w:type="spellEnd"/>
      <w:r w:rsidR="00340DDF">
        <w:t xml:space="preserve"> </w:t>
      </w:r>
      <w:proofErr w:type="spellStart"/>
      <w:r w:rsidR="00340DDF">
        <w:t>üyelerine</w:t>
      </w:r>
      <w:proofErr w:type="spellEnd"/>
      <w:r w:rsidR="00340DDF">
        <w:t xml:space="preserve"> </w:t>
      </w:r>
      <w:proofErr w:type="spellStart"/>
      <w:r w:rsidR="00340DDF">
        <w:t>açıktır</w:t>
      </w:r>
      <w:proofErr w:type="spellEnd"/>
      <w:r w:rsidR="00340DDF">
        <w:t xml:space="preserve">. </w:t>
      </w:r>
      <w:proofErr w:type="spellStart"/>
      <w:r w:rsidR="00340DDF">
        <w:rPr>
          <w:b/>
        </w:rPr>
        <w:t>Değerlendirme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sürecinde</w:t>
      </w:r>
      <w:proofErr w:type="spellEnd"/>
      <w:r w:rsidR="00340DDF">
        <w:rPr>
          <w:b/>
        </w:rPr>
        <w:t xml:space="preserve">, </w:t>
      </w:r>
      <w:proofErr w:type="spellStart"/>
      <w:r w:rsidR="00340DDF">
        <w:rPr>
          <w:b/>
        </w:rPr>
        <w:t>en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az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iki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farklı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fakülteden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baş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yürütücüleri</w:t>
      </w:r>
      <w:proofErr w:type="spellEnd"/>
      <w:r w:rsidR="00340DDF">
        <w:rPr>
          <w:b/>
        </w:rPr>
        <w:t xml:space="preserve"> (Principal Investigator) </w:t>
      </w:r>
      <w:proofErr w:type="spellStart"/>
      <w:r w:rsidR="00340DDF">
        <w:rPr>
          <w:b/>
        </w:rPr>
        <w:t>içeren</w:t>
      </w:r>
      <w:proofErr w:type="spellEnd"/>
      <w:r w:rsidR="00340DDF">
        <w:rPr>
          <w:b/>
        </w:rPr>
        <w:t xml:space="preserve"> </w:t>
      </w:r>
      <w:proofErr w:type="spellStart"/>
      <w:r w:rsidR="006C2192">
        <w:rPr>
          <w:b/>
        </w:rPr>
        <w:t>disiplinlerarası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başvurulara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öncelik</w:t>
      </w:r>
      <w:proofErr w:type="spellEnd"/>
      <w:r w:rsidR="00340DDF">
        <w:rPr>
          <w:b/>
        </w:rPr>
        <w:t xml:space="preserve"> </w:t>
      </w:r>
      <w:proofErr w:type="spellStart"/>
      <w:r w:rsidR="00340DDF">
        <w:rPr>
          <w:b/>
        </w:rPr>
        <w:t>verilecektir</w:t>
      </w:r>
      <w:proofErr w:type="spellEnd"/>
      <w:r w:rsidR="00340DDF">
        <w:rPr>
          <w:b/>
        </w:rPr>
        <w:t>.</w:t>
      </w:r>
      <w:r w:rsidR="00340DDF">
        <w:t xml:space="preserve"> </w:t>
      </w:r>
      <w:proofErr w:type="spellStart"/>
      <w:r w:rsidR="00340DDF">
        <w:t>Rekabetçi</w:t>
      </w:r>
      <w:proofErr w:type="spellEnd"/>
      <w:r w:rsidR="00340DDF">
        <w:t xml:space="preserve"> </w:t>
      </w:r>
      <w:proofErr w:type="spellStart"/>
      <w:r w:rsidR="00340DDF">
        <w:t>bir</w:t>
      </w:r>
      <w:proofErr w:type="spellEnd"/>
      <w:r w:rsidR="00340DDF">
        <w:t xml:space="preserve"> </w:t>
      </w:r>
      <w:proofErr w:type="spellStart"/>
      <w:r w:rsidR="00340DDF">
        <w:t>seçim</w:t>
      </w:r>
      <w:proofErr w:type="spellEnd"/>
      <w:r w:rsidR="00340DDF">
        <w:t xml:space="preserve"> </w:t>
      </w:r>
      <w:proofErr w:type="spellStart"/>
      <w:r w:rsidR="00340DDF">
        <w:t>sürecinin</w:t>
      </w:r>
      <w:proofErr w:type="spellEnd"/>
      <w:r w:rsidR="00340DDF">
        <w:t xml:space="preserve"> </w:t>
      </w:r>
      <w:proofErr w:type="spellStart"/>
      <w:r w:rsidR="00340DDF">
        <w:t>ardından</w:t>
      </w:r>
      <w:proofErr w:type="spellEnd"/>
      <w:r w:rsidR="00340DDF">
        <w:t xml:space="preserve">, </w:t>
      </w:r>
      <w:proofErr w:type="spellStart"/>
      <w:r w:rsidR="00340DDF">
        <w:t>başarılı</w:t>
      </w:r>
      <w:proofErr w:type="spellEnd"/>
      <w:r w:rsidR="00340DDF">
        <w:t xml:space="preserve"> </w:t>
      </w:r>
      <w:proofErr w:type="spellStart"/>
      <w:r w:rsidR="00340DDF">
        <w:t>başvuru</w:t>
      </w:r>
      <w:proofErr w:type="spellEnd"/>
      <w:r w:rsidR="00340DDF">
        <w:t xml:space="preserve"> </w:t>
      </w:r>
      <w:proofErr w:type="spellStart"/>
      <w:r w:rsidR="00340DDF">
        <w:t>sahiplerine</w:t>
      </w:r>
      <w:proofErr w:type="spellEnd"/>
      <w:r w:rsidR="00340DDF">
        <w:t xml:space="preserve"> </w:t>
      </w:r>
      <w:proofErr w:type="spellStart"/>
      <w:r w:rsidR="00340DDF">
        <w:t>en</w:t>
      </w:r>
      <w:proofErr w:type="spellEnd"/>
      <w:r w:rsidR="00340DDF">
        <w:t xml:space="preserve"> </w:t>
      </w:r>
      <w:proofErr w:type="spellStart"/>
      <w:r w:rsidR="00340DDF">
        <w:t>fazla</w:t>
      </w:r>
      <w:proofErr w:type="spellEnd"/>
      <w:r w:rsidR="00340DDF">
        <w:t xml:space="preserve"> </w:t>
      </w:r>
      <w:proofErr w:type="spellStart"/>
      <w:r w:rsidR="00340DDF">
        <w:t>bir</w:t>
      </w:r>
      <w:proofErr w:type="spellEnd"/>
      <w:r w:rsidR="00340DDF">
        <w:t xml:space="preserve"> (1) </w:t>
      </w:r>
      <w:proofErr w:type="spellStart"/>
      <w:r w:rsidR="00340DDF">
        <w:t>yıl</w:t>
      </w:r>
      <w:proofErr w:type="spellEnd"/>
      <w:r w:rsidR="00340DDF">
        <w:t xml:space="preserve"> </w:t>
      </w:r>
      <w:proofErr w:type="spellStart"/>
      <w:r w:rsidR="00340DDF">
        <w:t>süreyle</w:t>
      </w:r>
      <w:proofErr w:type="spellEnd"/>
      <w:r w:rsidR="00340DDF">
        <w:t xml:space="preserve"> proje </w:t>
      </w:r>
      <w:proofErr w:type="spellStart"/>
      <w:r w:rsidR="00340DDF">
        <w:t>başına</w:t>
      </w:r>
      <w:proofErr w:type="spellEnd"/>
      <w:r w:rsidR="00340DDF">
        <w:t xml:space="preserve"> </w:t>
      </w:r>
      <w:r w:rsidR="00340DDF" w:rsidRPr="0010137F">
        <w:t xml:space="preserve">200.000 </w:t>
      </w:r>
      <w:proofErr w:type="spellStart"/>
      <w:r w:rsidR="00340DDF" w:rsidRPr="0010137F">
        <w:t>TL</w:t>
      </w:r>
      <w:r w:rsidR="00340DDF">
        <w:t>’ye</w:t>
      </w:r>
      <w:proofErr w:type="spellEnd"/>
      <w:r w:rsidR="00340DDF">
        <w:t xml:space="preserve"> </w:t>
      </w:r>
      <w:proofErr w:type="spellStart"/>
      <w:r w:rsidR="00340DDF">
        <w:t>kadar</w:t>
      </w:r>
      <w:proofErr w:type="spellEnd"/>
      <w:r w:rsidR="00340DDF">
        <w:t xml:space="preserve"> </w:t>
      </w:r>
      <w:proofErr w:type="spellStart"/>
      <w:r w:rsidR="00340DDF">
        <w:t>destek</w:t>
      </w:r>
      <w:proofErr w:type="spellEnd"/>
      <w:r w:rsidR="00340DDF">
        <w:t xml:space="preserve"> </w:t>
      </w:r>
      <w:proofErr w:type="spellStart"/>
      <w:r w:rsidR="00340DDF">
        <w:t>sağlanacaktır</w:t>
      </w:r>
      <w:proofErr w:type="spellEnd"/>
      <w:r w:rsidR="00340DDF">
        <w:t>.</w:t>
      </w:r>
    </w:p>
    <w:p w14:paraId="46996F41" w14:textId="77777777" w:rsidR="00EC6F11" w:rsidRDefault="00340DDF">
      <w:pPr>
        <w:keepNext/>
        <w:shd w:val="clear" w:color="auto" w:fill="E8BDD0"/>
        <w:spacing w:after="80"/>
      </w:pPr>
      <w:r>
        <w:rPr>
          <w:b/>
        </w:rPr>
        <w:t xml:space="preserve">Proje </w:t>
      </w:r>
      <w:proofErr w:type="spellStart"/>
      <w:r>
        <w:rPr>
          <w:b/>
        </w:rPr>
        <w:t>Bütçesi</w:t>
      </w:r>
      <w:proofErr w:type="spellEnd"/>
      <w:r>
        <w:rPr>
          <w:b/>
        </w:rPr>
        <w:t>:</w:t>
      </w:r>
    </w:p>
    <w:p w14:paraId="0010AB64" w14:textId="77777777" w:rsidR="001A1138" w:rsidRDefault="00340DDF" w:rsidP="00A732C3">
      <w:pPr>
        <w:spacing w:after="60"/>
        <w:ind w:left="360" w:hanging="360"/>
        <w:jc w:val="both"/>
      </w:pPr>
      <w:r>
        <w:t xml:space="preserve">•  Proje </w:t>
      </w:r>
      <w:proofErr w:type="spellStart"/>
      <w:r>
        <w:t>bütçesi</w:t>
      </w:r>
      <w:proofErr w:type="spellEnd"/>
      <w:r>
        <w:t xml:space="preserve">; </w:t>
      </w:r>
      <w:proofErr w:type="spellStart"/>
      <w:r w:rsidRPr="007B3A5C">
        <w:rPr>
          <w:b/>
          <w:bCs/>
        </w:rPr>
        <w:t>ekipman</w:t>
      </w:r>
      <w:proofErr w:type="spellEnd"/>
      <w:r w:rsidRPr="007B3A5C">
        <w:rPr>
          <w:b/>
          <w:bCs/>
        </w:rPr>
        <w:t xml:space="preserve">, </w:t>
      </w:r>
      <w:proofErr w:type="spellStart"/>
      <w:r w:rsidRPr="007B3A5C">
        <w:rPr>
          <w:b/>
          <w:bCs/>
        </w:rPr>
        <w:t>malzeme</w:t>
      </w:r>
      <w:proofErr w:type="spellEnd"/>
      <w:r w:rsidRPr="007B3A5C">
        <w:rPr>
          <w:b/>
          <w:bCs/>
        </w:rPr>
        <w:t xml:space="preserve">, </w:t>
      </w:r>
      <w:proofErr w:type="spellStart"/>
      <w:r w:rsidRPr="007B3A5C">
        <w:rPr>
          <w:b/>
          <w:bCs/>
        </w:rPr>
        <w:t>seyahat</w:t>
      </w:r>
      <w:proofErr w:type="spellEnd"/>
      <w:r w:rsidRPr="007B3A5C">
        <w:rPr>
          <w:b/>
          <w:bCs/>
        </w:rPr>
        <w:t xml:space="preserve"> ve </w:t>
      </w:r>
      <w:proofErr w:type="spellStart"/>
      <w:r w:rsidRPr="007B3A5C">
        <w:rPr>
          <w:b/>
          <w:bCs/>
        </w:rPr>
        <w:t>hizmet</w:t>
      </w:r>
      <w:proofErr w:type="spellEnd"/>
      <w:r w:rsidRPr="007B3A5C">
        <w:rPr>
          <w:b/>
          <w:bCs/>
        </w:rPr>
        <w:t xml:space="preserve"> </w:t>
      </w:r>
      <w:proofErr w:type="spellStart"/>
      <w:r w:rsidRPr="007B3A5C">
        <w:rPr>
          <w:b/>
          <w:bCs/>
        </w:rPr>
        <w:t>alımı</w:t>
      </w:r>
      <w:proofErr w:type="spellEnd"/>
      <w:r>
        <w:t xml:space="preserve"> </w:t>
      </w:r>
      <w:proofErr w:type="spellStart"/>
      <w:r>
        <w:t>giderlerini</w:t>
      </w:r>
      <w:proofErr w:type="spellEnd"/>
      <w:r>
        <w:t xml:space="preserve"> </w:t>
      </w:r>
      <w:proofErr w:type="spellStart"/>
      <w:r>
        <w:t>içerebilir</w:t>
      </w:r>
      <w:proofErr w:type="spellEnd"/>
      <w:r>
        <w:t xml:space="preserve">. Fatura </w:t>
      </w:r>
      <w:proofErr w:type="spellStart"/>
      <w:r>
        <w:t>veya</w:t>
      </w:r>
      <w:proofErr w:type="spellEnd"/>
      <w:r>
        <w:t xml:space="preserve"> proforma</w:t>
      </w:r>
    </w:p>
    <w:p w14:paraId="074DFC24" w14:textId="78DE37D4" w:rsidR="00EC6F11" w:rsidRDefault="00340DDF" w:rsidP="00A732C3">
      <w:pPr>
        <w:spacing w:after="60"/>
        <w:ind w:left="360" w:hanging="360"/>
        <w:jc w:val="both"/>
      </w:pPr>
      <w:proofErr w:type="spellStart"/>
      <w:r>
        <w:t>talep</w:t>
      </w:r>
      <w:proofErr w:type="spellEnd"/>
      <w:r>
        <w:t xml:space="preserve"> </w:t>
      </w:r>
      <w:proofErr w:type="spellStart"/>
      <w:r>
        <w:t>edilmemektedir</w:t>
      </w:r>
      <w:proofErr w:type="spellEnd"/>
      <w:r>
        <w:t xml:space="preserve">,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maliyet</w:t>
      </w:r>
      <w:proofErr w:type="spellEnd"/>
      <w:r>
        <w:t xml:space="preserve"> </w:t>
      </w:r>
      <w:proofErr w:type="spellStart"/>
      <w:r>
        <w:t>tahminlerinizin</w:t>
      </w:r>
      <w:proofErr w:type="spellEnd"/>
      <w:r>
        <w:t xml:space="preserve"> </w:t>
      </w:r>
      <w:proofErr w:type="spellStart"/>
      <w:r>
        <w:t>gerçekçi</w:t>
      </w:r>
      <w:proofErr w:type="spellEnd"/>
      <w:r>
        <w:t xml:space="preserve"> </w:t>
      </w:r>
      <w:proofErr w:type="spellStart"/>
      <w:r>
        <w:t>olmasına</w:t>
      </w:r>
      <w:proofErr w:type="spellEnd"/>
      <w:r>
        <w:t xml:space="preserve"> </w:t>
      </w:r>
      <w:proofErr w:type="spellStart"/>
      <w:r>
        <w:t>dikkat</w:t>
      </w:r>
      <w:proofErr w:type="spellEnd"/>
      <w:r>
        <w:t xml:space="preserve"> </w:t>
      </w:r>
      <w:proofErr w:type="spellStart"/>
      <w:r>
        <w:t>ediniz</w:t>
      </w:r>
      <w:proofErr w:type="spellEnd"/>
      <w:r>
        <w:t>.</w:t>
      </w:r>
    </w:p>
    <w:p w14:paraId="2C4D6E8E" w14:textId="77777777" w:rsidR="00A732C3" w:rsidRDefault="00340DDF" w:rsidP="00A732C3">
      <w:pPr>
        <w:spacing w:after="60"/>
        <w:ind w:left="360" w:hanging="360"/>
        <w:jc w:val="both"/>
        <w:rPr>
          <w:b/>
          <w:bCs/>
        </w:rPr>
      </w:pPr>
      <w:r>
        <w:t xml:space="preserve">•  </w:t>
      </w:r>
      <w:proofErr w:type="spellStart"/>
      <w:r w:rsidRPr="00280CAE">
        <w:rPr>
          <w:b/>
          <w:bCs/>
        </w:rPr>
        <w:t>Ulusal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veya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uluslararası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konferanslara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katılım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için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yapılacak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seyahat</w:t>
      </w:r>
      <w:proofErr w:type="spellEnd"/>
      <w:r w:rsidRPr="00280CAE">
        <w:rPr>
          <w:b/>
          <w:bCs/>
        </w:rPr>
        <w:t xml:space="preserve"> </w:t>
      </w:r>
      <w:proofErr w:type="spellStart"/>
      <w:r w:rsidRPr="00280CAE">
        <w:rPr>
          <w:b/>
          <w:bCs/>
        </w:rPr>
        <w:t>masrafları</w:t>
      </w:r>
      <w:proofErr w:type="spellEnd"/>
      <w:r w:rsidRPr="00BB5D32">
        <w:rPr>
          <w:b/>
          <w:bCs/>
        </w:rPr>
        <w:t xml:space="preserve">, </w:t>
      </w:r>
      <w:proofErr w:type="spellStart"/>
      <w:r w:rsidRPr="00BB5D32">
        <w:rPr>
          <w:b/>
          <w:bCs/>
        </w:rPr>
        <w:t>projenin</w:t>
      </w:r>
      <w:proofErr w:type="spellEnd"/>
    </w:p>
    <w:p w14:paraId="55CE974A" w14:textId="6A7F2F7B" w:rsidR="00EC6F11" w:rsidRPr="00A732C3" w:rsidRDefault="00340DDF" w:rsidP="00A732C3">
      <w:pPr>
        <w:spacing w:after="60"/>
        <w:ind w:left="360" w:hanging="360"/>
        <w:jc w:val="both"/>
        <w:rPr>
          <w:b/>
          <w:bCs/>
        </w:rPr>
      </w:pPr>
      <w:proofErr w:type="spellStart"/>
      <w:r w:rsidRPr="00BB5D32">
        <w:rPr>
          <w:b/>
          <w:bCs/>
        </w:rPr>
        <w:t>seyahat</w:t>
      </w:r>
      <w:proofErr w:type="spellEnd"/>
      <w:r w:rsidRPr="00BB5D32">
        <w:rPr>
          <w:b/>
          <w:bCs/>
        </w:rPr>
        <w:t xml:space="preserve"> </w:t>
      </w:r>
      <w:proofErr w:type="spellStart"/>
      <w:r w:rsidRPr="00BB5D32">
        <w:rPr>
          <w:b/>
          <w:bCs/>
        </w:rPr>
        <w:t>bütçesine</w:t>
      </w:r>
      <w:proofErr w:type="spellEnd"/>
      <w:r>
        <w:t xml:space="preserve"> </w:t>
      </w:r>
      <w:proofErr w:type="spellStart"/>
      <w:r w:rsidRPr="003B501F">
        <w:rPr>
          <w:b/>
          <w:bCs/>
        </w:rPr>
        <w:t>dahil</w:t>
      </w:r>
      <w:proofErr w:type="spellEnd"/>
      <w:r w:rsidRPr="003B501F">
        <w:rPr>
          <w:b/>
          <w:bCs/>
        </w:rPr>
        <w:t xml:space="preserve"> </w:t>
      </w:r>
      <w:proofErr w:type="spellStart"/>
      <w:r w:rsidRPr="003B501F">
        <w:rPr>
          <w:b/>
          <w:bCs/>
        </w:rPr>
        <w:t>edilemez</w:t>
      </w:r>
      <w:proofErr w:type="spellEnd"/>
      <w:r w:rsidRPr="003B501F">
        <w:rPr>
          <w:b/>
          <w:bCs/>
        </w:rPr>
        <w:t>.</w:t>
      </w:r>
    </w:p>
    <w:p w14:paraId="631EBEF7" w14:textId="77777777" w:rsidR="001A1138" w:rsidRDefault="00340DDF" w:rsidP="007C34E1">
      <w:pPr>
        <w:spacing w:after="60"/>
        <w:ind w:left="360" w:hanging="360"/>
        <w:rPr>
          <w:b/>
          <w:bCs/>
        </w:rPr>
      </w:pPr>
      <w:r>
        <w:t xml:space="preserve">•  </w:t>
      </w:r>
      <w:proofErr w:type="spellStart"/>
      <w:r>
        <w:t>Projenin</w:t>
      </w:r>
      <w:proofErr w:type="spellEnd"/>
      <w:r>
        <w:t xml:space="preserve"> </w:t>
      </w:r>
      <w:proofErr w:type="spellStart"/>
      <w:r>
        <w:t>yürütülmesi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 w:rsidRPr="00E1351F">
        <w:rPr>
          <w:b/>
          <w:bCs/>
        </w:rPr>
        <w:t>saha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çalışmaları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kapsamındaki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seyahat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masrafları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bütçeye</w:t>
      </w:r>
      <w:proofErr w:type="spellEnd"/>
    </w:p>
    <w:p w14:paraId="06F9F276" w14:textId="77777777" w:rsidR="001A1138" w:rsidRDefault="00340DDF" w:rsidP="007C34E1">
      <w:pPr>
        <w:spacing w:after="60"/>
        <w:ind w:left="360" w:hanging="360"/>
      </w:pPr>
      <w:proofErr w:type="spellStart"/>
      <w:r w:rsidRPr="00E1351F">
        <w:rPr>
          <w:b/>
          <w:bCs/>
        </w:rPr>
        <w:t>dahil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edilebilir</w:t>
      </w:r>
      <w:proofErr w:type="spellEnd"/>
      <w:r>
        <w:t xml:space="preserve">. Bu </w:t>
      </w:r>
      <w:proofErr w:type="spellStart"/>
      <w:r>
        <w:t>durumda</w:t>
      </w:r>
      <w:proofErr w:type="spellEnd"/>
      <w:r>
        <w:t xml:space="preserve"> </w:t>
      </w:r>
      <w:proofErr w:type="spellStart"/>
      <w:r>
        <w:t>detaylı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gerekçe</w:t>
      </w:r>
      <w:proofErr w:type="spellEnd"/>
      <w:r>
        <w:t xml:space="preserve"> </w:t>
      </w:r>
      <w:proofErr w:type="spellStart"/>
      <w:r>
        <w:t>sunulmalı</w:t>
      </w:r>
      <w:proofErr w:type="spellEnd"/>
      <w:r>
        <w:t xml:space="preserve"> ve </w:t>
      </w:r>
      <w:proofErr w:type="spellStart"/>
      <w:r>
        <w:t>saha</w:t>
      </w:r>
      <w:proofErr w:type="spellEnd"/>
      <w:r>
        <w:t xml:space="preserve"> </w:t>
      </w:r>
      <w:proofErr w:type="spellStart"/>
      <w:r>
        <w:t>çalışmasının</w:t>
      </w:r>
      <w:proofErr w:type="spellEnd"/>
      <w:r>
        <w:t xml:space="preserve"> proje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gerekliliği</w:t>
      </w:r>
      <w:proofErr w:type="spellEnd"/>
    </w:p>
    <w:p w14:paraId="718EE425" w14:textId="2AE75022" w:rsidR="00EC6F11" w:rsidRDefault="00340DDF" w:rsidP="007C34E1">
      <w:pPr>
        <w:spacing w:after="60"/>
        <w:ind w:left="360" w:hanging="360"/>
      </w:pPr>
      <w:proofErr w:type="spellStart"/>
      <w:r>
        <w:t>açıklanmalıdır</w:t>
      </w:r>
      <w:proofErr w:type="spellEnd"/>
      <w:r>
        <w:t>.</w:t>
      </w:r>
    </w:p>
    <w:p w14:paraId="11D35FB9" w14:textId="77777777" w:rsidR="00EC6F11" w:rsidRDefault="00340DDF" w:rsidP="00A732C3">
      <w:pPr>
        <w:spacing w:after="60"/>
        <w:ind w:left="360" w:hanging="360"/>
        <w:jc w:val="both"/>
      </w:pPr>
      <w:r>
        <w:t xml:space="preserve">•  </w:t>
      </w:r>
      <w:proofErr w:type="spellStart"/>
      <w:r w:rsidRPr="00E1351F">
        <w:rPr>
          <w:b/>
          <w:bCs/>
        </w:rPr>
        <w:t>Lisansüstü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öğrenci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giderleri</w:t>
      </w:r>
      <w:proofErr w:type="spellEnd"/>
      <w:r w:rsidRPr="00E1351F">
        <w:rPr>
          <w:b/>
          <w:bCs/>
        </w:rPr>
        <w:t xml:space="preserve"> proje </w:t>
      </w:r>
      <w:proofErr w:type="spellStart"/>
      <w:r w:rsidRPr="00E1351F">
        <w:rPr>
          <w:b/>
          <w:bCs/>
        </w:rPr>
        <w:t>bütçesine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dahil</w:t>
      </w:r>
      <w:proofErr w:type="spellEnd"/>
      <w:r w:rsidRPr="00E1351F">
        <w:rPr>
          <w:b/>
          <w:bCs/>
        </w:rPr>
        <w:t xml:space="preserve"> </w:t>
      </w:r>
      <w:proofErr w:type="spellStart"/>
      <w:r w:rsidRPr="00E1351F">
        <w:rPr>
          <w:b/>
          <w:bCs/>
        </w:rPr>
        <w:t>edilemez</w:t>
      </w:r>
      <w:proofErr w:type="spellEnd"/>
      <w:r w:rsidRPr="00E1351F">
        <w:rPr>
          <w:b/>
          <w:bCs/>
        </w:rPr>
        <w:t>.</w:t>
      </w:r>
    </w:p>
    <w:p w14:paraId="750BEE7B" w14:textId="77777777" w:rsidR="00EC6F11" w:rsidRDefault="00340DDF">
      <w:pPr>
        <w:keepNext/>
        <w:shd w:val="clear" w:color="auto" w:fill="E8BDD0"/>
        <w:spacing w:after="80"/>
      </w:pPr>
      <w:r>
        <w:rPr>
          <w:b/>
        </w:rPr>
        <w:t>Takvim:</w:t>
      </w:r>
    </w:p>
    <w:p w14:paraId="65C8E050" w14:textId="7498462F" w:rsidR="00EC6F11" w:rsidRDefault="00340DDF">
      <w:pPr>
        <w:spacing w:after="60"/>
        <w:ind w:left="360" w:hanging="360"/>
      </w:pPr>
      <w:r>
        <w:t xml:space="preserve">•  </w:t>
      </w:r>
      <w:proofErr w:type="spellStart"/>
      <w:r>
        <w:t>Programın</w:t>
      </w:r>
      <w:proofErr w:type="spellEnd"/>
      <w:r>
        <w:t xml:space="preserve"> </w:t>
      </w:r>
      <w:proofErr w:type="spellStart"/>
      <w:r>
        <w:t>duyurulması</w:t>
      </w:r>
      <w:proofErr w:type="spellEnd"/>
      <w:r w:rsidR="00857886">
        <w:tab/>
      </w:r>
      <w:r>
        <w:t xml:space="preserve">: </w:t>
      </w:r>
      <w:r w:rsidRPr="00E1351F">
        <w:rPr>
          <w:b/>
          <w:bCs/>
        </w:rPr>
        <w:t xml:space="preserve">1 Ekim </w:t>
      </w:r>
    </w:p>
    <w:p w14:paraId="6652522C" w14:textId="298A8A97" w:rsidR="00EC6F11" w:rsidRDefault="00340DDF">
      <w:pPr>
        <w:spacing w:after="60"/>
        <w:ind w:left="360" w:hanging="360"/>
      </w:pPr>
      <w:r>
        <w:t xml:space="preserve">•  </w:t>
      </w:r>
      <w:proofErr w:type="spellStart"/>
      <w:r>
        <w:t>Başvuru</w:t>
      </w:r>
      <w:proofErr w:type="spellEnd"/>
      <w:r>
        <w:t xml:space="preserve"> son </w:t>
      </w:r>
      <w:proofErr w:type="spellStart"/>
      <w:r>
        <w:t>tarihi</w:t>
      </w:r>
      <w:proofErr w:type="spellEnd"/>
      <w:r w:rsidR="00857886">
        <w:tab/>
      </w:r>
      <w:r w:rsidR="00857886">
        <w:tab/>
      </w:r>
      <w:r>
        <w:t xml:space="preserve">: </w:t>
      </w:r>
      <w:r w:rsidRPr="00E1351F">
        <w:rPr>
          <w:b/>
          <w:bCs/>
        </w:rPr>
        <w:t xml:space="preserve">31 Ekim </w:t>
      </w:r>
      <w:r w:rsidR="001224F0">
        <w:rPr>
          <w:b/>
          <w:bCs/>
        </w:rPr>
        <w:t xml:space="preserve">(24:00’e </w:t>
      </w:r>
      <w:proofErr w:type="spellStart"/>
      <w:r w:rsidR="001224F0">
        <w:rPr>
          <w:b/>
          <w:bCs/>
        </w:rPr>
        <w:t>kadar</w:t>
      </w:r>
      <w:proofErr w:type="spellEnd"/>
      <w:r w:rsidR="001224F0">
        <w:rPr>
          <w:b/>
          <w:bCs/>
        </w:rPr>
        <w:t>)</w:t>
      </w:r>
    </w:p>
    <w:p w14:paraId="7F275E83" w14:textId="3B3C8E2D" w:rsidR="00EC6F11" w:rsidRPr="00E1351F" w:rsidRDefault="00340DDF">
      <w:pPr>
        <w:spacing w:after="60"/>
        <w:ind w:left="360" w:hanging="360"/>
        <w:rPr>
          <w:bCs/>
        </w:rPr>
      </w:pPr>
      <w:r w:rsidRPr="00E1351F">
        <w:rPr>
          <w:bCs/>
        </w:rPr>
        <w:t xml:space="preserve">•  </w:t>
      </w:r>
      <w:proofErr w:type="spellStart"/>
      <w:r w:rsidRPr="00E1351F">
        <w:rPr>
          <w:bCs/>
        </w:rPr>
        <w:t>Sonuçların</w:t>
      </w:r>
      <w:proofErr w:type="spellEnd"/>
      <w:r w:rsidRPr="00E1351F">
        <w:rPr>
          <w:bCs/>
        </w:rPr>
        <w:t xml:space="preserve"> </w:t>
      </w:r>
      <w:proofErr w:type="spellStart"/>
      <w:r w:rsidRPr="00E1351F">
        <w:rPr>
          <w:bCs/>
        </w:rPr>
        <w:t>açıklanması</w:t>
      </w:r>
      <w:proofErr w:type="spellEnd"/>
      <w:r w:rsidR="00857886">
        <w:rPr>
          <w:bCs/>
        </w:rPr>
        <w:tab/>
      </w:r>
      <w:r w:rsidRPr="00E1351F">
        <w:rPr>
          <w:bCs/>
        </w:rPr>
        <w:t xml:space="preserve">: </w:t>
      </w:r>
      <w:r w:rsidRPr="00E1351F">
        <w:rPr>
          <w:b/>
        </w:rPr>
        <w:t xml:space="preserve">1 </w:t>
      </w:r>
      <w:proofErr w:type="spellStart"/>
      <w:r w:rsidRPr="00E1351F">
        <w:rPr>
          <w:b/>
        </w:rPr>
        <w:t>Aralık</w:t>
      </w:r>
      <w:proofErr w:type="spellEnd"/>
      <w:r w:rsidRPr="00E1351F">
        <w:rPr>
          <w:b/>
        </w:rPr>
        <w:t xml:space="preserve"> </w:t>
      </w:r>
    </w:p>
    <w:p w14:paraId="2461C373" w14:textId="1D273156" w:rsidR="00EC6F11" w:rsidRPr="00E1351F" w:rsidRDefault="00340DDF">
      <w:pPr>
        <w:spacing w:after="60"/>
        <w:ind w:left="360" w:hanging="360"/>
        <w:rPr>
          <w:bCs/>
        </w:rPr>
      </w:pPr>
      <w:r w:rsidRPr="00E1351F">
        <w:rPr>
          <w:bCs/>
        </w:rPr>
        <w:t xml:space="preserve">•  </w:t>
      </w:r>
      <w:proofErr w:type="spellStart"/>
      <w:r w:rsidRPr="00E1351F">
        <w:rPr>
          <w:bCs/>
        </w:rPr>
        <w:t>Destek</w:t>
      </w:r>
      <w:proofErr w:type="spellEnd"/>
      <w:r w:rsidRPr="00E1351F">
        <w:rPr>
          <w:bCs/>
        </w:rPr>
        <w:t xml:space="preserve"> </w:t>
      </w:r>
      <w:proofErr w:type="spellStart"/>
      <w:r w:rsidRPr="00E1351F">
        <w:rPr>
          <w:bCs/>
        </w:rPr>
        <w:t>başlangıç</w:t>
      </w:r>
      <w:proofErr w:type="spellEnd"/>
      <w:r w:rsidRPr="00E1351F">
        <w:rPr>
          <w:bCs/>
        </w:rPr>
        <w:t xml:space="preserve"> </w:t>
      </w:r>
      <w:proofErr w:type="spellStart"/>
      <w:r w:rsidRPr="00E1351F">
        <w:rPr>
          <w:bCs/>
        </w:rPr>
        <w:t>tarihi</w:t>
      </w:r>
      <w:proofErr w:type="spellEnd"/>
      <w:r w:rsidR="00857886">
        <w:rPr>
          <w:bCs/>
        </w:rPr>
        <w:tab/>
      </w:r>
      <w:r w:rsidRPr="00E1351F">
        <w:rPr>
          <w:bCs/>
        </w:rPr>
        <w:t xml:space="preserve">: </w:t>
      </w:r>
      <w:r w:rsidRPr="00E1351F">
        <w:rPr>
          <w:b/>
        </w:rPr>
        <w:t xml:space="preserve">1 Ocak (İyi </w:t>
      </w:r>
      <w:proofErr w:type="spellStart"/>
      <w:r w:rsidRPr="00E1351F">
        <w:rPr>
          <w:b/>
        </w:rPr>
        <w:t>Seneler</w:t>
      </w:r>
      <w:proofErr w:type="spellEnd"/>
      <w:r w:rsidRPr="00E1351F">
        <w:rPr>
          <w:b/>
        </w:rPr>
        <w:t>!)</w:t>
      </w:r>
    </w:p>
    <w:p w14:paraId="5593CFFE" w14:textId="77777777" w:rsidR="00EC6F11" w:rsidRDefault="00340DDF">
      <w:pPr>
        <w:keepNext/>
        <w:shd w:val="clear" w:color="auto" w:fill="E8BDD0"/>
        <w:spacing w:after="80"/>
      </w:pPr>
      <w:proofErr w:type="spellStart"/>
      <w:r>
        <w:rPr>
          <w:b/>
        </w:rPr>
        <w:t>Başvuru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Prosedürü</w:t>
      </w:r>
      <w:proofErr w:type="spellEnd"/>
      <w:r>
        <w:rPr>
          <w:b/>
        </w:rPr>
        <w:t>:</w:t>
      </w:r>
    </w:p>
    <w:p w14:paraId="229F2C7A" w14:textId="77777777" w:rsidR="00EC6F11" w:rsidRDefault="00340DDF">
      <w:pPr>
        <w:spacing w:after="60"/>
        <w:ind w:left="360" w:hanging="360"/>
      </w:pPr>
      <w:r>
        <w:t xml:space="preserve">• 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belgeler</w:t>
      </w:r>
      <w:proofErr w:type="spellEnd"/>
      <w:r>
        <w:t xml:space="preserve">: Proje </w:t>
      </w:r>
      <w:proofErr w:type="spellStart"/>
      <w:r>
        <w:t>Öneri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, </w:t>
      </w:r>
      <w:proofErr w:type="spellStart"/>
      <w:r>
        <w:t>Özgeçmiş</w:t>
      </w:r>
      <w:proofErr w:type="spellEnd"/>
      <w:r>
        <w:t xml:space="preserve">, </w:t>
      </w:r>
      <w:proofErr w:type="spellStart"/>
      <w:r>
        <w:t>ÖzÜ</w:t>
      </w:r>
      <w:proofErr w:type="spellEnd"/>
      <w:r>
        <w:t xml:space="preserve"> </w:t>
      </w:r>
      <w:proofErr w:type="spellStart"/>
      <w:r>
        <w:t>Etik</w:t>
      </w:r>
      <w:proofErr w:type="spellEnd"/>
      <w:r>
        <w:t xml:space="preserve"> </w:t>
      </w:r>
      <w:proofErr w:type="spellStart"/>
      <w:r>
        <w:t>Kurul</w:t>
      </w:r>
      <w:proofErr w:type="spellEnd"/>
      <w:r>
        <w:t xml:space="preserve"> Onay </w:t>
      </w:r>
      <w:proofErr w:type="spellStart"/>
      <w:r>
        <w:t>Belgesi</w:t>
      </w:r>
      <w:proofErr w:type="spellEnd"/>
      <w:r>
        <w:t xml:space="preserve"> (</w:t>
      </w:r>
      <w:proofErr w:type="spellStart"/>
      <w:r>
        <w:t>varsa</w:t>
      </w:r>
      <w:proofErr w:type="spellEnd"/>
      <w:r>
        <w:t>).</w:t>
      </w:r>
    </w:p>
    <w:p w14:paraId="4F79F8B2" w14:textId="2D28BFEB" w:rsidR="00EC6F11" w:rsidRDefault="00340DDF">
      <w:pPr>
        <w:spacing w:after="60"/>
        <w:ind w:left="360" w:hanging="360"/>
      </w:pPr>
      <w:r>
        <w:t xml:space="preserve">•  </w:t>
      </w:r>
      <w:proofErr w:type="spellStart"/>
      <w:r>
        <w:t>Başvurular</w:t>
      </w:r>
      <w:proofErr w:type="spellEnd"/>
      <w:r>
        <w:t xml:space="preserve"> PDF </w:t>
      </w:r>
      <w:proofErr w:type="spellStart"/>
      <w:r>
        <w:t>formatında</w:t>
      </w:r>
      <w:proofErr w:type="spellEnd"/>
      <w:r>
        <w:t xml:space="preserve">,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hyperlink r:id="rId7" w:history="1">
        <w:r w:rsidR="0080252F" w:rsidRPr="003B6010">
          <w:rPr>
            <w:rStyle w:val="Hyperlink"/>
          </w:rPr>
          <w:t>grants@ozyegin.edu.tr</w:t>
        </w:r>
      </w:hyperlink>
      <w:r w:rsidR="0080252F">
        <w:t xml:space="preserve"> </w:t>
      </w:r>
      <w:proofErr w:type="spellStart"/>
      <w:r>
        <w:t>adresine</w:t>
      </w:r>
      <w:proofErr w:type="spellEnd"/>
      <w:r>
        <w:t xml:space="preserve"> </w:t>
      </w:r>
      <w:proofErr w:type="spellStart"/>
      <w:r>
        <w:t>gönderilmelidir</w:t>
      </w:r>
      <w:proofErr w:type="spellEnd"/>
    </w:p>
    <w:p w14:paraId="63B28BCE" w14:textId="77777777" w:rsidR="00D37116" w:rsidRDefault="00D37116">
      <w:pPr>
        <w:spacing w:after="60"/>
        <w:ind w:left="360" w:hanging="360"/>
      </w:pPr>
    </w:p>
    <w:p w14:paraId="4523AE24" w14:textId="77777777" w:rsidR="00D37116" w:rsidRDefault="00D37116">
      <w:pPr>
        <w:spacing w:after="60"/>
        <w:ind w:left="360" w:hanging="360"/>
      </w:pPr>
    </w:p>
    <w:p w14:paraId="15D20BD3" w14:textId="77777777" w:rsidR="00D37116" w:rsidRDefault="00D37116">
      <w:pPr>
        <w:spacing w:after="60"/>
        <w:ind w:left="360" w:hanging="360"/>
      </w:pPr>
    </w:p>
    <w:p w14:paraId="7A918BEE" w14:textId="77777777" w:rsidR="00D37116" w:rsidRDefault="00D37116">
      <w:pPr>
        <w:spacing w:after="60"/>
        <w:ind w:left="360" w:hanging="360"/>
      </w:pPr>
    </w:p>
    <w:p w14:paraId="16F892E8" w14:textId="77777777" w:rsidR="00D37116" w:rsidRDefault="00D37116">
      <w:pPr>
        <w:spacing w:after="60"/>
        <w:ind w:left="360" w:hanging="360"/>
      </w:pPr>
    </w:p>
    <w:p w14:paraId="064DEFE1" w14:textId="77777777" w:rsidR="00D37116" w:rsidRDefault="00D37116">
      <w:pPr>
        <w:spacing w:after="60"/>
        <w:ind w:left="360" w:hanging="360"/>
      </w:pPr>
    </w:p>
    <w:p w14:paraId="56EE5C39" w14:textId="19626046" w:rsidR="00D37116" w:rsidRDefault="00D37116" w:rsidP="00D37116">
      <w:pPr>
        <w:spacing w:after="60"/>
        <w:ind w:left="3240" w:firstLine="360"/>
      </w:pPr>
      <w:r>
        <w:rPr>
          <w:noProof/>
        </w:rPr>
        <w:lastRenderedPageBreak/>
        <w:drawing>
          <wp:inline distT="0" distB="0" distL="0" distR="0" wp14:anchorId="71FD744C" wp14:editId="7593B538">
            <wp:extent cx="1865630" cy="594360"/>
            <wp:effectExtent l="0" t="0" r="1270" b="0"/>
            <wp:docPr id="1318554020" name="Picture 1318554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_tr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80CA7" w14:textId="77777777" w:rsidR="00020D98" w:rsidRDefault="00020D98" w:rsidP="00D37116">
      <w:pPr>
        <w:spacing w:after="60"/>
        <w:ind w:left="3240" w:firstLine="360"/>
      </w:pPr>
    </w:p>
    <w:p w14:paraId="0C202459" w14:textId="77777777" w:rsidR="00B7102D" w:rsidRDefault="00833C8B" w:rsidP="00B7102D">
      <w:pPr>
        <w:keepNext/>
        <w:shd w:val="clear" w:color="auto" w:fill="E8BDD0"/>
        <w:tabs>
          <w:tab w:val="left" w:pos="1010"/>
        </w:tabs>
        <w:spacing w:after="80"/>
        <w:rPr>
          <w:b/>
          <w:bCs/>
        </w:rPr>
      </w:pPr>
      <w:proofErr w:type="spellStart"/>
      <w:r w:rsidRPr="00833C8B">
        <w:rPr>
          <w:b/>
          <w:bCs/>
        </w:rPr>
        <w:t>Başvuru</w:t>
      </w:r>
      <w:proofErr w:type="spellEnd"/>
      <w:r w:rsidRPr="00833C8B">
        <w:rPr>
          <w:b/>
          <w:bCs/>
        </w:rPr>
        <w:t xml:space="preserve"> </w:t>
      </w:r>
      <w:proofErr w:type="spellStart"/>
      <w:r w:rsidRPr="00833C8B">
        <w:rPr>
          <w:b/>
          <w:bCs/>
        </w:rPr>
        <w:t>Sonrası</w:t>
      </w:r>
      <w:proofErr w:type="spellEnd"/>
      <w:r w:rsidRPr="00833C8B">
        <w:rPr>
          <w:b/>
          <w:bCs/>
        </w:rPr>
        <w:t xml:space="preserve"> </w:t>
      </w:r>
      <w:proofErr w:type="spellStart"/>
      <w:r w:rsidRPr="00833C8B">
        <w:rPr>
          <w:b/>
          <w:bCs/>
        </w:rPr>
        <w:t>Süreç</w:t>
      </w:r>
      <w:proofErr w:type="spellEnd"/>
      <w:r w:rsidRPr="00833C8B">
        <w:rPr>
          <w:b/>
          <w:bCs/>
        </w:rPr>
        <w:t xml:space="preserve"> </w:t>
      </w:r>
    </w:p>
    <w:p w14:paraId="743F0606" w14:textId="7CD1BCE5" w:rsidR="005F227C" w:rsidRPr="00B7102D" w:rsidRDefault="00B7102D" w:rsidP="00B7102D">
      <w:pPr>
        <w:keepNext/>
        <w:shd w:val="clear" w:color="auto" w:fill="E8BDD0"/>
        <w:tabs>
          <w:tab w:val="left" w:pos="1010"/>
        </w:tabs>
        <w:spacing w:after="80"/>
        <w:rPr>
          <w:b/>
          <w:bCs/>
        </w:rPr>
      </w:pPr>
      <w:r>
        <w:rPr>
          <w:b/>
          <w:bCs/>
        </w:rPr>
        <w:t xml:space="preserve">1. </w:t>
      </w:r>
      <w:r w:rsidR="005156C5" w:rsidRPr="00B7102D">
        <w:rPr>
          <w:b/>
          <w:bCs/>
        </w:rPr>
        <w:t xml:space="preserve"> </w:t>
      </w:r>
      <w:proofErr w:type="spellStart"/>
      <w:r w:rsidR="005F227C" w:rsidRPr="00B7102D">
        <w:rPr>
          <w:b/>
          <w:bCs/>
        </w:rPr>
        <w:t>Uygunluk</w:t>
      </w:r>
      <w:proofErr w:type="spellEnd"/>
      <w:r w:rsidR="005F227C" w:rsidRPr="00B7102D">
        <w:rPr>
          <w:b/>
          <w:bCs/>
        </w:rPr>
        <w:t xml:space="preserve"> </w:t>
      </w:r>
      <w:proofErr w:type="spellStart"/>
      <w:r w:rsidR="005F227C" w:rsidRPr="00B7102D">
        <w:rPr>
          <w:b/>
          <w:bCs/>
        </w:rPr>
        <w:t>Kontrolü</w:t>
      </w:r>
      <w:proofErr w:type="spellEnd"/>
      <w:r>
        <w:rPr>
          <w:b/>
          <w:bCs/>
        </w:rPr>
        <w:t>:</w:t>
      </w:r>
    </w:p>
    <w:p w14:paraId="618FCD31" w14:textId="2FF39C56" w:rsidR="00D37116" w:rsidRPr="00EA7CFD" w:rsidRDefault="00D37116" w:rsidP="005F227C">
      <w:p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proofErr w:type="spellStart"/>
      <w:r w:rsidRPr="00EA7CFD">
        <w:rPr>
          <w:rFonts w:asciiTheme="minorBidi" w:eastAsia="Times New Roman" w:hAnsiTheme="minorBidi"/>
        </w:rPr>
        <w:t>Başvurular</w:t>
      </w:r>
      <w:proofErr w:type="spellEnd"/>
      <w:r w:rsidRPr="00EA7CFD">
        <w:rPr>
          <w:rFonts w:asciiTheme="minorBidi" w:eastAsia="Times New Roman" w:hAnsiTheme="minorBidi"/>
        </w:rPr>
        <w:t xml:space="preserve">, son </w:t>
      </w:r>
      <w:proofErr w:type="spellStart"/>
      <w:r w:rsidRPr="00EA7CFD">
        <w:rPr>
          <w:rFonts w:asciiTheme="minorBidi" w:eastAsia="Times New Roman" w:hAnsiTheme="minorBidi"/>
        </w:rPr>
        <w:t>başvuru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tarihini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takip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eden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beş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gün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içinde</w:t>
      </w:r>
      <w:proofErr w:type="spellEnd"/>
      <w:r w:rsidRPr="00EA7CFD">
        <w:rPr>
          <w:rFonts w:asciiTheme="minorBidi" w:eastAsia="Times New Roman" w:hAnsiTheme="minorBidi"/>
        </w:rPr>
        <w:t xml:space="preserve"> TTO </w:t>
      </w:r>
      <w:proofErr w:type="spellStart"/>
      <w:r w:rsidRPr="00EA7CFD">
        <w:rPr>
          <w:rFonts w:asciiTheme="minorBidi" w:eastAsia="Times New Roman" w:hAnsiTheme="minorBidi"/>
        </w:rPr>
        <w:t>tarafından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uygunluk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kontrolüne</w:t>
      </w:r>
      <w:proofErr w:type="spellEnd"/>
      <w:r w:rsidRPr="00EA7CFD">
        <w:rPr>
          <w:rFonts w:asciiTheme="minorBidi" w:eastAsia="Times New Roman" w:hAnsiTheme="minorBidi"/>
        </w:rPr>
        <w:t xml:space="preserve"> tabi </w:t>
      </w:r>
      <w:proofErr w:type="spellStart"/>
      <w:r w:rsidRPr="00EA7CFD">
        <w:rPr>
          <w:rFonts w:asciiTheme="minorBidi" w:eastAsia="Times New Roman" w:hAnsiTheme="minorBidi"/>
        </w:rPr>
        <w:t>tutulacaktır</w:t>
      </w:r>
      <w:proofErr w:type="spellEnd"/>
      <w:r w:rsidRPr="00EA7CFD">
        <w:rPr>
          <w:rFonts w:asciiTheme="minorBidi" w:eastAsia="Times New Roman" w:hAnsiTheme="minorBidi"/>
        </w:rPr>
        <w:t>:</w:t>
      </w:r>
    </w:p>
    <w:p w14:paraId="64BFBCEC" w14:textId="77777777" w:rsidR="00D37116" w:rsidRPr="00EA7CFD" w:rsidRDefault="00D37116" w:rsidP="00D371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r w:rsidRPr="00EA7CFD">
        <w:rPr>
          <w:rFonts w:asciiTheme="minorBidi" w:eastAsia="Times New Roman" w:hAnsiTheme="minorBidi"/>
        </w:rPr>
        <w:t xml:space="preserve">Son </w:t>
      </w:r>
      <w:proofErr w:type="spellStart"/>
      <w:r w:rsidRPr="00EA7CFD">
        <w:rPr>
          <w:rFonts w:asciiTheme="minorBidi" w:eastAsia="Times New Roman" w:hAnsiTheme="minorBidi"/>
        </w:rPr>
        <w:t>başvuru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tarihinden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sonra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iletilen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başvurular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dikkate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alınmayacaktır</w:t>
      </w:r>
      <w:proofErr w:type="spellEnd"/>
      <w:r w:rsidRPr="00EA7CFD">
        <w:rPr>
          <w:rFonts w:asciiTheme="minorBidi" w:eastAsia="Times New Roman" w:hAnsiTheme="minorBidi"/>
        </w:rPr>
        <w:t>.</w:t>
      </w:r>
    </w:p>
    <w:p w14:paraId="2ABF87B2" w14:textId="77777777" w:rsidR="00D37116" w:rsidRPr="00EA7CFD" w:rsidRDefault="00D37116" w:rsidP="00D371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proofErr w:type="spellStart"/>
      <w:r w:rsidRPr="00EA7CFD">
        <w:rPr>
          <w:rFonts w:asciiTheme="minorBidi" w:eastAsia="Times New Roman" w:hAnsiTheme="minorBidi"/>
        </w:rPr>
        <w:t>Eksik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başvurular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elenecektir</w:t>
      </w:r>
      <w:proofErr w:type="spellEnd"/>
      <w:r w:rsidRPr="00EA7CFD">
        <w:rPr>
          <w:rFonts w:asciiTheme="minorBidi" w:eastAsia="Times New Roman" w:hAnsiTheme="minorBidi"/>
        </w:rPr>
        <w:t>.</w:t>
      </w:r>
    </w:p>
    <w:p w14:paraId="7A16D95E" w14:textId="3736A921" w:rsidR="005F227C" w:rsidRPr="00EA7CFD" w:rsidRDefault="00D37116" w:rsidP="005F22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Bidi" w:eastAsia="Times New Roman" w:hAnsiTheme="minorBidi"/>
        </w:rPr>
      </w:pPr>
      <w:proofErr w:type="spellStart"/>
      <w:r w:rsidRPr="00EA7CFD">
        <w:rPr>
          <w:rFonts w:asciiTheme="minorBidi" w:eastAsia="Times New Roman" w:hAnsiTheme="minorBidi"/>
        </w:rPr>
        <w:t>Başvurular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verilen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formda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belirtilen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formata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uygun</w:t>
      </w:r>
      <w:proofErr w:type="spellEnd"/>
      <w:r w:rsidRPr="00EA7CFD">
        <w:rPr>
          <w:rFonts w:asciiTheme="minorBidi" w:eastAsia="Times New Roman" w:hAnsiTheme="minorBidi"/>
        </w:rPr>
        <w:t xml:space="preserve"> </w:t>
      </w:r>
      <w:proofErr w:type="spellStart"/>
      <w:r w:rsidRPr="00EA7CFD">
        <w:rPr>
          <w:rFonts w:asciiTheme="minorBidi" w:eastAsia="Times New Roman" w:hAnsiTheme="minorBidi"/>
        </w:rPr>
        <w:t>olmalıdır</w:t>
      </w:r>
      <w:proofErr w:type="spellEnd"/>
      <w:r w:rsidRPr="00EA7CFD">
        <w:rPr>
          <w:rFonts w:asciiTheme="minorBidi" w:eastAsia="Times New Roman" w:hAnsiTheme="minorBidi"/>
        </w:rPr>
        <w:t>.</w:t>
      </w:r>
    </w:p>
    <w:p w14:paraId="2C36F5A4" w14:textId="1D0D45FA" w:rsidR="005F227C" w:rsidRPr="005F227C" w:rsidRDefault="005F227C" w:rsidP="005F227C">
      <w:pPr>
        <w:pStyle w:val="ListParagraph"/>
        <w:keepNext/>
        <w:numPr>
          <w:ilvl w:val="0"/>
          <w:numId w:val="12"/>
        </w:numPr>
        <w:shd w:val="clear" w:color="auto" w:fill="E8BDD0"/>
        <w:tabs>
          <w:tab w:val="left" w:pos="1010"/>
        </w:tabs>
        <w:spacing w:after="80"/>
        <w:rPr>
          <w:b/>
          <w:bCs/>
        </w:rPr>
      </w:pPr>
      <w:r>
        <w:rPr>
          <w:b/>
          <w:bCs/>
        </w:rPr>
        <w:t xml:space="preserve">Panel </w:t>
      </w:r>
      <w:proofErr w:type="spellStart"/>
      <w:r>
        <w:rPr>
          <w:b/>
          <w:bCs/>
        </w:rPr>
        <w:t>Değerlendirmesi</w:t>
      </w:r>
      <w:proofErr w:type="spellEnd"/>
      <w:r w:rsidR="00B7102D">
        <w:rPr>
          <w:b/>
          <w:bCs/>
        </w:rPr>
        <w:t>:</w:t>
      </w:r>
    </w:p>
    <w:p w14:paraId="5643E09F" w14:textId="17ACD4C8" w:rsidR="00D37116" w:rsidRPr="00EA7CFD" w:rsidRDefault="00D37116" w:rsidP="00D37116">
      <w:pPr>
        <w:spacing w:before="120" w:after="120" w:line="240" w:lineRule="auto"/>
        <w:jc w:val="both"/>
        <w:rPr>
          <w:rFonts w:eastAsia="Times New Roman" w:cs="Arial"/>
        </w:rPr>
      </w:pPr>
      <w:r w:rsidRPr="00EA7CFD">
        <w:rPr>
          <w:rFonts w:eastAsia="Times New Roman" w:cs="Arial"/>
        </w:rPr>
        <w:t xml:space="preserve">Uygun </w:t>
      </w:r>
      <w:proofErr w:type="spellStart"/>
      <w:r w:rsidRPr="00EA7CFD">
        <w:rPr>
          <w:rFonts w:eastAsia="Times New Roman" w:cs="Arial"/>
        </w:rPr>
        <w:t>bulunan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başvurular</w:t>
      </w:r>
      <w:proofErr w:type="spellEnd"/>
      <w:r w:rsidRPr="00EA7CFD">
        <w:rPr>
          <w:rFonts w:eastAsia="Times New Roman" w:cs="Arial"/>
        </w:rPr>
        <w:t xml:space="preserve">; </w:t>
      </w:r>
      <w:proofErr w:type="spellStart"/>
      <w:r w:rsidRPr="00EA7CFD">
        <w:rPr>
          <w:rFonts w:eastAsia="Times New Roman" w:cs="Arial"/>
        </w:rPr>
        <w:t>Rektör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Pr="00EA7CFD">
        <w:rPr>
          <w:rFonts w:eastAsia="Times New Roman" w:cs="Arial"/>
        </w:rPr>
        <w:t>Rektör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Yardımcıları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Pr="00EA7CFD">
        <w:rPr>
          <w:rFonts w:eastAsia="Times New Roman" w:cs="Arial"/>
        </w:rPr>
        <w:t>Dekanlar</w:t>
      </w:r>
      <w:proofErr w:type="spellEnd"/>
      <w:r w:rsidRPr="00EA7CFD">
        <w:rPr>
          <w:rFonts w:eastAsia="Times New Roman" w:cs="Arial"/>
        </w:rPr>
        <w:t xml:space="preserve"> ve </w:t>
      </w:r>
      <w:proofErr w:type="spellStart"/>
      <w:r w:rsidR="000F39D9" w:rsidRPr="00EA7CFD">
        <w:rPr>
          <w:rFonts w:eastAsia="Times New Roman" w:cs="Arial"/>
        </w:rPr>
        <w:t>Enstitü</w:t>
      </w:r>
      <w:proofErr w:type="spellEnd"/>
      <w:r w:rsidR="000F39D9"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Müdürlerinden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oluşan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bir</w:t>
      </w:r>
      <w:proofErr w:type="spellEnd"/>
      <w:r w:rsidRPr="00EA7CFD">
        <w:rPr>
          <w:rFonts w:eastAsia="Times New Roman" w:cs="Arial"/>
        </w:rPr>
        <w:t xml:space="preserve"> </w:t>
      </w:r>
      <w:r w:rsidR="00085A94" w:rsidRPr="00EA7CFD">
        <w:rPr>
          <w:rFonts w:eastAsia="Times New Roman" w:cs="Arial"/>
        </w:rPr>
        <w:t>p</w:t>
      </w:r>
      <w:r w:rsidRPr="00EA7CFD">
        <w:rPr>
          <w:rFonts w:eastAsia="Times New Roman" w:cs="Arial"/>
        </w:rPr>
        <w:t xml:space="preserve">anel </w:t>
      </w:r>
      <w:proofErr w:type="spellStart"/>
      <w:r w:rsidRPr="00EA7CFD">
        <w:rPr>
          <w:rFonts w:eastAsia="Times New Roman" w:cs="Arial"/>
        </w:rPr>
        <w:t>tarafından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değerlendirilecektir</w:t>
      </w:r>
      <w:proofErr w:type="spellEnd"/>
      <w:r w:rsidRPr="00EA7CFD">
        <w:rPr>
          <w:rFonts w:eastAsia="Times New Roman" w:cs="Arial"/>
        </w:rPr>
        <w:t>.</w:t>
      </w:r>
    </w:p>
    <w:p w14:paraId="050D2402" w14:textId="45BE5FFA" w:rsidR="00D37116" w:rsidRPr="00EA7CFD" w:rsidRDefault="00D37116" w:rsidP="00FF6EA9">
      <w:pPr>
        <w:spacing w:before="120" w:after="120" w:line="240" w:lineRule="auto"/>
        <w:jc w:val="both"/>
        <w:rPr>
          <w:rFonts w:eastAsia="Times New Roman" w:cs="Arial"/>
        </w:rPr>
      </w:pPr>
      <w:proofErr w:type="spellStart"/>
      <w:r w:rsidRPr="00EA7CFD">
        <w:rPr>
          <w:rFonts w:eastAsia="Times New Roman" w:cs="Arial"/>
        </w:rPr>
        <w:t>Başvuru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sahipleri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isterlerse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="00A32FB4" w:rsidRPr="00EA7CFD">
        <w:rPr>
          <w:rFonts w:eastAsia="Times New Roman" w:cs="Arial"/>
        </w:rPr>
        <w:t>panele</w:t>
      </w:r>
      <w:proofErr w:type="spellEnd"/>
      <w:r w:rsidR="00A32FB4"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projelerini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sunmak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üzere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davet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edilecektir</w:t>
      </w:r>
      <w:proofErr w:type="spellEnd"/>
      <w:r w:rsidRPr="00EA7CFD">
        <w:rPr>
          <w:rFonts w:eastAsia="Times New Roman" w:cs="Arial"/>
        </w:rPr>
        <w:t xml:space="preserve">. </w:t>
      </w:r>
      <w:proofErr w:type="spellStart"/>
      <w:r w:rsidR="00FF6EA9" w:rsidRPr="00EA7CFD">
        <w:rPr>
          <w:rFonts w:eastAsia="Times New Roman" w:cs="Arial"/>
        </w:rPr>
        <w:t>Sunumlar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kısa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tutulmalı</w:t>
      </w:r>
      <w:proofErr w:type="spellEnd"/>
      <w:r w:rsidR="00FF6EA9" w:rsidRPr="00EA7CFD">
        <w:rPr>
          <w:rFonts w:eastAsia="Times New Roman" w:cs="Arial"/>
        </w:rPr>
        <w:t xml:space="preserve"> ve 10 </w:t>
      </w:r>
      <w:proofErr w:type="spellStart"/>
      <w:r w:rsidR="00FF6EA9" w:rsidRPr="00EA7CFD">
        <w:rPr>
          <w:rFonts w:eastAsia="Times New Roman" w:cs="Arial"/>
        </w:rPr>
        <w:t>dakika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ile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sınırlandırılmalıdır</w:t>
      </w:r>
      <w:proofErr w:type="spellEnd"/>
      <w:r w:rsidR="00FF6EA9" w:rsidRPr="00EA7CFD">
        <w:rPr>
          <w:rFonts w:eastAsia="Times New Roman" w:cs="Arial"/>
        </w:rPr>
        <w:t xml:space="preserve">; </w:t>
      </w:r>
      <w:proofErr w:type="spellStart"/>
      <w:r w:rsidR="00FF6EA9" w:rsidRPr="00EA7CFD">
        <w:rPr>
          <w:rFonts w:eastAsia="Times New Roman" w:cs="Arial"/>
        </w:rPr>
        <w:t>ardından</w:t>
      </w:r>
      <w:proofErr w:type="spellEnd"/>
      <w:r w:rsidR="00FF6EA9" w:rsidRPr="00EA7CFD">
        <w:rPr>
          <w:rFonts w:eastAsia="Times New Roman" w:cs="Arial"/>
        </w:rPr>
        <w:t xml:space="preserve">, </w:t>
      </w:r>
      <w:proofErr w:type="spellStart"/>
      <w:r w:rsidR="00FF6EA9" w:rsidRPr="00EA7CFD">
        <w:rPr>
          <w:rFonts w:eastAsia="Times New Roman" w:cs="Arial"/>
        </w:rPr>
        <w:t>başvuru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sahiplerinin</w:t>
      </w:r>
      <w:proofErr w:type="spellEnd"/>
      <w:r w:rsidR="00FF6EA9" w:rsidRPr="00EA7CFD">
        <w:rPr>
          <w:rFonts w:eastAsia="Times New Roman" w:cs="Arial"/>
        </w:rPr>
        <w:t xml:space="preserve"> panel </w:t>
      </w:r>
      <w:proofErr w:type="spellStart"/>
      <w:r w:rsidR="00FF6EA9" w:rsidRPr="00EA7CFD">
        <w:rPr>
          <w:rFonts w:eastAsia="Times New Roman" w:cs="Arial"/>
        </w:rPr>
        <w:t>üyelerinden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gelen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soruları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yanıtlayacağı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bir</w:t>
      </w:r>
      <w:proofErr w:type="spellEnd"/>
      <w:r w:rsidR="00FF6EA9" w:rsidRPr="00EA7CFD">
        <w:rPr>
          <w:rFonts w:eastAsia="Times New Roman" w:cs="Arial"/>
        </w:rPr>
        <w:t xml:space="preserve"> Soru-</w:t>
      </w:r>
      <w:proofErr w:type="spellStart"/>
      <w:r w:rsidR="00FF6EA9" w:rsidRPr="00EA7CFD">
        <w:rPr>
          <w:rFonts w:eastAsia="Times New Roman" w:cs="Arial"/>
        </w:rPr>
        <w:t>Cevap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oturumu</w:t>
      </w:r>
      <w:proofErr w:type="spellEnd"/>
      <w:r w:rsidR="00FF6EA9" w:rsidRPr="00EA7CFD">
        <w:rPr>
          <w:rFonts w:eastAsia="Times New Roman" w:cs="Arial"/>
        </w:rPr>
        <w:t xml:space="preserve"> </w:t>
      </w:r>
      <w:proofErr w:type="spellStart"/>
      <w:r w:rsidR="00FF6EA9" w:rsidRPr="00EA7CFD">
        <w:rPr>
          <w:rFonts w:eastAsia="Times New Roman" w:cs="Arial"/>
        </w:rPr>
        <w:t>gerçekleştirilecektir</w:t>
      </w:r>
      <w:proofErr w:type="spellEnd"/>
      <w:r w:rsidR="00FF6EA9" w:rsidRPr="00EA7CFD">
        <w:rPr>
          <w:rFonts w:eastAsia="Times New Roman" w:cs="Arial"/>
        </w:rPr>
        <w:t>.</w:t>
      </w:r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Tüm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uygun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başvurular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değerlendirildikten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sonra</w:t>
      </w:r>
      <w:proofErr w:type="spellEnd"/>
      <w:r w:rsidRPr="00EA7CFD">
        <w:rPr>
          <w:rFonts w:eastAsia="Times New Roman" w:cs="Arial"/>
        </w:rPr>
        <w:t xml:space="preserve">, panel </w:t>
      </w:r>
      <w:proofErr w:type="spellStart"/>
      <w:r w:rsidRPr="00EA7CFD">
        <w:rPr>
          <w:rFonts w:eastAsia="Times New Roman" w:cs="Arial"/>
        </w:rPr>
        <w:t>üyeleri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projeleri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değerlendirme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kriterlerine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göre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="004630F1" w:rsidRPr="00EA7CFD">
        <w:rPr>
          <w:rFonts w:eastAsia="Times New Roman" w:cs="Arial"/>
        </w:rPr>
        <w:t>değerlendirecek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Pr="00EA7CFD">
        <w:rPr>
          <w:rFonts w:eastAsia="Times New Roman" w:cs="Arial"/>
        </w:rPr>
        <w:t>nihai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puanları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kalibre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edecek</w:t>
      </w:r>
      <w:proofErr w:type="spellEnd"/>
      <w:r w:rsidRPr="00EA7CFD">
        <w:rPr>
          <w:rFonts w:eastAsia="Times New Roman" w:cs="Arial"/>
        </w:rPr>
        <w:t xml:space="preserve"> ve </w:t>
      </w:r>
      <w:proofErr w:type="spellStart"/>
      <w:r w:rsidRPr="00EA7CFD">
        <w:rPr>
          <w:rFonts w:eastAsia="Times New Roman" w:cs="Arial"/>
        </w:rPr>
        <w:t>kalite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eşiğini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geçen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projelerin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sıralı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bir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listesini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oluşturacaktır</w:t>
      </w:r>
      <w:proofErr w:type="spellEnd"/>
      <w:r w:rsidRPr="00EA7CFD">
        <w:rPr>
          <w:rFonts w:eastAsia="Times New Roman" w:cs="Arial"/>
        </w:rPr>
        <w:t>.</w:t>
      </w:r>
    </w:p>
    <w:p w14:paraId="642B17F2" w14:textId="77777777" w:rsidR="00D37116" w:rsidRPr="00EA7CFD" w:rsidRDefault="00D37116" w:rsidP="00D37116">
      <w:pPr>
        <w:spacing w:before="120" w:after="120" w:line="240" w:lineRule="auto"/>
        <w:jc w:val="both"/>
        <w:rPr>
          <w:rFonts w:eastAsia="Times New Roman" w:cs="Arial"/>
        </w:rPr>
      </w:pPr>
      <w:r w:rsidRPr="00EA7CFD">
        <w:rPr>
          <w:rFonts w:eastAsia="Times New Roman" w:cs="Arial"/>
        </w:rPr>
        <w:t xml:space="preserve">Panel, </w:t>
      </w:r>
      <w:proofErr w:type="spellStart"/>
      <w:r w:rsidRPr="00EA7CFD">
        <w:rPr>
          <w:rFonts w:eastAsia="Times New Roman" w:cs="Arial"/>
        </w:rPr>
        <w:t>projeleri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iki</w:t>
      </w:r>
      <w:proofErr w:type="spellEnd"/>
      <w:r w:rsidRPr="00EA7CFD">
        <w:rPr>
          <w:rFonts w:eastAsia="Times New Roman" w:cs="Arial"/>
        </w:rPr>
        <w:t xml:space="preserve"> ana </w:t>
      </w:r>
      <w:proofErr w:type="spellStart"/>
      <w:r w:rsidRPr="00EA7CFD">
        <w:rPr>
          <w:rFonts w:eastAsia="Times New Roman" w:cs="Arial"/>
        </w:rPr>
        <w:t>kriter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üzerinden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değerlendirecektir</w:t>
      </w:r>
      <w:proofErr w:type="spellEnd"/>
      <w:r w:rsidRPr="00EA7CFD">
        <w:rPr>
          <w:rFonts w:eastAsia="Times New Roman" w:cs="Arial"/>
        </w:rPr>
        <w:t xml:space="preserve">: </w:t>
      </w:r>
      <w:proofErr w:type="spellStart"/>
      <w:r w:rsidRPr="00EA7CFD">
        <w:rPr>
          <w:rFonts w:eastAsia="Times New Roman" w:cs="Arial"/>
          <w:b/>
          <w:bCs/>
        </w:rPr>
        <w:t>Bilimsel</w:t>
      </w:r>
      <w:proofErr w:type="spellEnd"/>
      <w:r w:rsidRPr="00EA7CFD">
        <w:rPr>
          <w:rFonts w:eastAsia="Times New Roman" w:cs="Arial"/>
          <w:b/>
          <w:bCs/>
        </w:rPr>
        <w:t xml:space="preserve"> ve </w:t>
      </w:r>
      <w:proofErr w:type="spellStart"/>
      <w:r w:rsidRPr="00EA7CFD">
        <w:rPr>
          <w:rFonts w:eastAsia="Times New Roman" w:cs="Arial"/>
          <w:b/>
          <w:bCs/>
        </w:rPr>
        <w:t>Araştırma</w:t>
      </w:r>
      <w:proofErr w:type="spellEnd"/>
      <w:r w:rsidRPr="00EA7CFD">
        <w:rPr>
          <w:rFonts w:eastAsia="Times New Roman" w:cs="Arial"/>
          <w:b/>
          <w:bCs/>
        </w:rPr>
        <w:t xml:space="preserve"> </w:t>
      </w:r>
      <w:proofErr w:type="spellStart"/>
      <w:r w:rsidRPr="00EA7CFD">
        <w:rPr>
          <w:rFonts w:eastAsia="Times New Roman" w:cs="Arial"/>
          <w:b/>
          <w:bCs/>
        </w:rPr>
        <w:t>Kalitesi</w:t>
      </w:r>
      <w:proofErr w:type="spellEnd"/>
      <w:r w:rsidRPr="00EA7CFD">
        <w:rPr>
          <w:rFonts w:eastAsia="Times New Roman" w:cs="Arial"/>
        </w:rPr>
        <w:t xml:space="preserve"> ve </w:t>
      </w:r>
      <w:proofErr w:type="spellStart"/>
      <w:r w:rsidRPr="00EA7CFD">
        <w:rPr>
          <w:rFonts w:eastAsia="Times New Roman" w:cs="Arial"/>
          <w:b/>
          <w:bCs/>
        </w:rPr>
        <w:t>Araştırmacı</w:t>
      </w:r>
      <w:proofErr w:type="spellEnd"/>
      <w:r w:rsidRPr="00EA7CFD">
        <w:rPr>
          <w:rFonts w:eastAsia="Times New Roman" w:cs="Arial"/>
        </w:rPr>
        <w:t xml:space="preserve">. </w:t>
      </w:r>
      <w:proofErr w:type="spellStart"/>
      <w:r w:rsidRPr="00EA7CFD">
        <w:rPr>
          <w:rFonts w:eastAsia="Times New Roman" w:cs="Arial"/>
        </w:rPr>
        <w:t>Nihai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karara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yardımcı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olmak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amacıyla</w:t>
      </w:r>
      <w:proofErr w:type="spellEnd"/>
      <w:r w:rsidRPr="00EA7CFD">
        <w:rPr>
          <w:rFonts w:eastAsia="Times New Roman" w:cs="Arial"/>
        </w:rPr>
        <w:t xml:space="preserve"> panel </w:t>
      </w:r>
      <w:proofErr w:type="spellStart"/>
      <w:r w:rsidRPr="00EA7CFD">
        <w:rPr>
          <w:rFonts w:eastAsia="Times New Roman" w:cs="Arial"/>
        </w:rPr>
        <w:t>üyeleri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bu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iki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kriterin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farklı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yönlerini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puanlayacaktır</w:t>
      </w:r>
      <w:proofErr w:type="spellEnd"/>
      <w:r w:rsidRPr="00EA7CFD">
        <w:rPr>
          <w:rFonts w:eastAsia="Times New Roman" w:cs="Arial"/>
        </w:rPr>
        <w:t xml:space="preserve">. Panel </w:t>
      </w:r>
      <w:proofErr w:type="spellStart"/>
      <w:r w:rsidRPr="00EA7CFD">
        <w:rPr>
          <w:rFonts w:eastAsia="Times New Roman" w:cs="Arial"/>
        </w:rPr>
        <w:t>incelemesinin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ardından</w:t>
      </w:r>
      <w:proofErr w:type="spellEnd"/>
      <w:r w:rsidRPr="00EA7CFD">
        <w:rPr>
          <w:rFonts w:eastAsia="Times New Roman" w:cs="Arial"/>
        </w:rPr>
        <w:t xml:space="preserve">, her </w:t>
      </w:r>
      <w:proofErr w:type="spellStart"/>
      <w:r w:rsidRPr="00EA7CFD">
        <w:rPr>
          <w:rFonts w:eastAsia="Times New Roman" w:cs="Arial"/>
        </w:rPr>
        <w:t>başvuru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sahibine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onay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veya</w:t>
      </w:r>
      <w:proofErr w:type="spellEnd"/>
      <w:r w:rsidRPr="00EA7CFD">
        <w:rPr>
          <w:rFonts w:eastAsia="Times New Roman" w:cs="Arial"/>
        </w:rPr>
        <w:t xml:space="preserve"> ret </w:t>
      </w:r>
      <w:proofErr w:type="spellStart"/>
      <w:r w:rsidRPr="00EA7CFD">
        <w:rPr>
          <w:rFonts w:eastAsia="Times New Roman" w:cs="Arial"/>
        </w:rPr>
        <w:t>bilgisini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içeren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kısa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mektuplar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gönderilecektir</w:t>
      </w:r>
      <w:proofErr w:type="spellEnd"/>
      <w:r w:rsidRPr="00EA7CFD">
        <w:rPr>
          <w:rFonts w:eastAsia="Times New Roman" w:cs="Arial"/>
        </w:rPr>
        <w:t xml:space="preserve">. Bu </w:t>
      </w:r>
      <w:proofErr w:type="spellStart"/>
      <w:r w:rsidRPr="00EA7CFD">
        <w:rPr>
          <w:rFonts w:eastAsia="Times New Roman" w:cs="Arial"/>
        </w:rPr>
        <w:t>mektuplarda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puan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yer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almayacak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Pr="00EA7CFD">
        <w:rPr>
          <w:rFonts w:eastAsia="Times New Roman" w:cs="Arial"/>
        </w:rPr>
        <w:t>yalnızca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kabul</w:t>
      </w:r>
      <w:proofErr w:type="spellEnd"/>
      <w:r w:rsidRPr="00EA7CFD">
        <w:rPr>
          <w:rFonts w:eastAsia="Times New Roman" w:cs="Arial"/>
        </w:rPr>
        <w:t xml:space="preserve">/ret </w:t>
      </w:r>
      <w:proofErr w:type="spellStart"/>
      <w:r w:rsidRPr="00EA7CFD">
        <w:rPr>
          <w:rFonts w:eastAsia="Times New Roman" w:cs="Arial"/>
        </w:rPr>
        <w:t>kararı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belirtilecektir</w:t>
      </w:r>
      <w:proofErr w:type="spellEnd"/>
      <w:r w:rsidRPr="00EA7CFD">
        <w:rPr>
          <w:rFonts w:eastAsia="Times New Roman" w:cs="Arial"/>
        </w:rPr>
        <w:t>.</w:t>
      </w:r>
    </w:p>
    <w:p w14:paraId="7FDBFB2B" w14:textId="62586DA0" w:rsidR="00BC2F39" w:rsidRDefault="00D37116" w:rsidP="008D18B5">
      <w:pPr>
        <w:spacing w:before="120" w:after="120" w:line="240" w:lineRule="auto"/>
        <w:jc w:val="both"/>
        <w:rPr>
          <w:rFonts w:eastAsia="Times New Roman" w:cs="Arial"/>
        </w:rPr>
      </w:pPr>
      <w:proofErr w:type="spellStart"/>
      <w:r w:rsidRPr="00EA7CFD">
        <w:rPr>
          <w:rFonts w:eastAsia="Times New Roman" w:cs="Arial"/>
        </w:rPr>
        <w:t>Desteklenecek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projelere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ilişkin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sözleşmeler</w:t>
      </w:r>
      <w:proofErr w:type="spellEnd"/>
      <w:r w:rsidRPr="00EA7CFD">
        <w:rPr>
          <w:rFonts w:eastAsia="Times New Roman" w:cs="Arial"/>
        </w:rPr>
        <w:t xml:space="preserve">, TTO </w:t>
      </w:r>
      <w:proofErr w:type="spellStart"/>
      <w:r w:rsidRPr="00EA7CFD">
        <w:rPr>
          <w:rFonts w:eastAsia="Times New Roman" w:cs="Arial"/>
        </w:rPr>
        <w:t>tarafından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hazırlanacak</w:t>
      </w:r>
      <w:proofErr w:type="spellEnd"/>
      <w:r w:rsidRPr="00EA7CFD">
        <w:rPr>
          <w:rFonts w:eastAsia="Times New Roman" w:cs="Arial"/>
        </w:rPr>
        <w:t xml:space="preserve"> ve</w:t>
      </w:r>
      <w:r w:rsidR="0019483B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destek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başlangıç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tarihinden</w:t>
      </w:r>
      <w:proofErr w:type="spellEnd"/>
      <w:r w:rsidRPr="00EA7CFD">
        <w:rPr>
          <w:rFonts w:eastAsia="Times New Roman" w:cs="Arial"/>
        </w:rPr>
        <w:t xml:space="preserve"> </w:t>
      </w:r>
      <w:r w:rsidR="00160787">
        <w:rPr>
          <w:rFonts w:eastAsia="Times New Roman" w:cs="Arial"/>
        </w:rPr>
        <w:t xml:space="preserve">(1 Ocak) </w:t>
      </w:r>
      <w:proofErr w:type="spellStart"/>
      <w:r w:rsidRPr="00EA7CFD">
        <w:rPr>
          <w:rFonts w:eastAsia="Times New Roman" w:cs="Arial"/>
        </w:rPr>
        <w:t>önce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imzalanacaktır</w:t>
      </w:r>
      <w:proofErr w:type="spellEnd"/>
      <w:r w:rsidRPr="00EA7CFD">
        <w:rPr>
          <w:rFonts w:eastAsia="Times New Roman" w:cs="Arial"/>
        </w:rPr>
        <w:t>.</w:t>
      </w:r>
    </w:p>
    <w:p w14:paraId="4F2EBD79" w14:textId="77777777" w:rsidR="008D18B5" w:rsidRPr="008D18B5" w:rsidRDefault="008D18B5" w:rsidP="008D18B5">
      <w:pPr>
        <w:spacing w:before="120" w:after="120" w:line="240" w:lineRule="auto"/>
        <w:jc w:val="both"/>
        <w:rPr>
          <w:rFonts w:eastAsia="Times New Roman" w:cs="Arial"/>
        </w:rPr>
      </w:pPr>
    </w:p>
    <w:p w14:paraId="6762554B" w14:textId="0667F316" w:rsidR="00BC2F39" w:rsidRPr="00B7102D" w:rsidRDefault="00BC2F39" w:rsidP="00B7102D">
      <w:pPr>
        <w:pStyle w:val="ListParagraph"/>
        <w:keepNext/>
        <w:numPr>
          <w:ilvl w:val="0"/>
          <w:numId w:val="12"/>
        </w:numPr>
        <w:shd w:val="clear" w:color="auto" w:fill="E8BDD0"/>
        <w:tabs>
          <w:tab w:val="left" w:pos="1010"/>
        </w:tabs>
        <w:spacing w:after="80"/>
        <w:rPr>
          <w:b/>
          <w:bCs/>
        </w:rPr>
      </w:pPr>
      <w:proofErr w:type="spellStart"/>
      <w:r>
        <w:rPr>
          <w:b/>
          <w:bCs/>
        </w:rPr>
        <w:t>Değerlendirme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Sonrası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Süreç</w:t>
      </w:r>
      <w:proofErr w:type="spellEnd"/>
      <w:r w:rsidR="00B7102D">
        <w:rPr>
          <w:b/>
          <w:bCs/>
        </w:rPr>
        <w:t>:</w:t>
      </w:r>
    </w:p>
    <w:p w14:paraId="2E90EAC1" w14:textId="77777777" w:rsidR="00D37116" w:rsidRPr="00EA7CFD" w:rsidRDefault="00D37116" w:rsidP="00D37116">
      <w:pPr>
        <w:numPr>
          <w:ilvl w:val="0"/>
          <w:numId w:val="13"/>
        </w:numPr>
        <w:spacing w:before="120" w:after="120" w:line="240" w:lineRule="auto"/>
        <w:ind w:left="714" w:hanging="357"/>
        <w:rPr>
          <w:rFonts w:eastAsia="Times New Roman" w:cs="Arial"/>
        </w:rPr>
      </w:pPr>
      <w:r w:rsidRPr="00EA7CFD">
        <w:rPr>
          <w:rFonts w:eastAsia="Times New Roman" w:cs="Arial"/>
        </w:rPr>
        <w:t xml:space="preserve">En </w:t>
      </w:r>
      <w:proofErr w:type="spellStart"/>
      <w:r w:rsidRPr="00EA7CFD">
        <w:rPr>
          <w:rFonts w:eastAsia="Times New Roman" w:cs="Arial"/>
        </w:rPr>
        <w:t>yüksek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puanı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alan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projeler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desteklenecektir</w:t>
      </w:r>
      <w:proofErr w:type="spellEnd"/>
      <w:r w:rsidRPr="00EA7CFD">
        <w:rPr>
          <w:rFonts w:eastAsia="Times New Roman" w:cs="Arial"/>
        </w:rPr>
        <w:t>.</w:t>
      </w:r>
    </w:p>
    <w:p w14:paraId="088AC99B" w14:textId="77777777" w:rsidR="00D37116" w:rsidRPr="00EA7CFD" w:rsidRDefault="00D37116" w:rsidP="00D37116">
      <w:pPr>
        <w:numPr>
          <w:ilvl w:val="0"/>
          <w:numId w:val="13"/>
        </w:numPr>
        <w:spacing w:before="120" w:after="120" w:line="240" w:lineRule="auto"/>
        <w:ind w:left="714" w:hanging="357"/>
        <w:rPr>
          <w:rFonts w:eastAsia="Times New Roman" w:cs="Arial"/>
        </w:rPr>
      </w:pPr>
      <w:proofErr w:type="spellStart"/>
      <w:r w:rsidRPr="00EA7CFD">
        <w:rPr>
          <w:rFonts w:eastAsia="Times New Roman" w:cs="Arial"/>
        </w:rPr>
        <w:t>Desteklenecek</w:t>
      </w:r>
      <w:proofErr w:type="spellEnd"/>
      <w:r w:rsidRPr="00EA7CFD">
        <w:rPr>
          <w:rFonts w:eastAsia="Times New Roman" w:cs="Arial"/>
        </w:rPr>
        <w:t xml:space="preserve"> proje </w:t>
      </w:r>
      <w:proofErr w:type="spellStart"/>
      <w:r w:rsidRPr="00EA7CFD">
        <w:rPr>
          <w:rFonts w:eastAsia="Times New Roman" w:cs="Arial"/>
        </w:rPr>
        <w:t>sayısı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Pr="00EA7CFD">
        <w:rPr>
          <w:rFonts w:eastAsia="Times New Roman" w:cs="Arial"/>
        </w:rPr>
        <w:t>yüksek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kaliteli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başvuru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sayısına</w:t>
      </w:r>
      <w:proofErr w:type="spellEnd"/>
      <w:r w:rsidRPr="00EA7CFD">
        <w:rPr>
          <w:rFonts w:eastAsia="Times New Roman" w:cs="Arial"/>
        </w:rPr>
        <w:t xml:space="preserve"> ve </w:t>
      </w:r>
      <w:proofErr w:type="spellStart"/>
      <w:r w:rsidRPr="00EA7CFD">
        <w:rPr>
          <w:rFonts w:eastAsia="Times New Roman" w:cs="Arial"/>
        </w:rPr>
        <w:t>mevcut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bütçeye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bağlı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olacaktır</w:t>
      </w:r>
      <w:proofErr w:type="spellEnd"/>
      <w:r w:rsidRPr="00EA7CFD">
        <w:rPr>
          <w:rFonts w:eastAsia="Times New Roman" w:cs="Arial"/>
        </w:rPr>
        <w:t>.</w:t>
      </w:r>
    </w:p>
    <w:p w14:paraId="4F64EA77" w14:textId="77777777" w:rsidR="00D37116" w:rsidRPr="00EA7CFD" w:rsidRDefault="00D37116" w:rsidP="00D37116">
      <w:pPr>
        <w:numPr>
          <w:ilvl w:val="0"/>
          <w:numId w:val="13"/>
        </w:numPr>
        <w:spacing w:before="120" w:after="120" w:line="240" w:lineRule="auto"/>
        <w:ind w:left="714" w:hanging="357"/>
        <w:rPr>
          <w:rFonts w:eastAsia="Times New Roman" w:cs="Arial"/>
        </w:rPr>
      </w:pPr>
      <w:proofErr w:type="spellStart"/>
      <w:r w:rsidRPr="00EA7CFD">
        <w:rPr>
          <w:rFonts w:eastAsia="Times New Roman" w:cs="Arial"/>
        </w:rPr>
        <w:t>Sözleşmeler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hazırlanıp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imzalanacaktır</w:t>
      </w:r>
      <w:proofErr w:type="spellEnd"/>
      <w:r w:rsidRPr="00EA7CFD">
        <w:rPr>
          <w:rFonts w:eastAsia="Times New Roman" w:cs="Arial"/>
        </w:rPr>
        <w:t>.</w:t>
      </w:r>
    </w:p>
    <w:p w14:paraId="6D83C90B" w14:textId="77777777" w:rsidR="00D37116" w:rsidRPr="00EA7CFD" w:rsidRDefault="00D37116" w:rsidP="00D37116">
      <w:pPr>
        <w:numPr>
          <w:ilvl w:val="0"/>
          <w:numId w:val="13"/>
        </w:numPr>
        <w:spacing w:before="120" w:after="120" w:line="240" w:lineRule="auto"/>
        <w:ind w:left="714" w:hanging="357"/>
        <w:rPr>
          <w:rFonts w:eastAsia="Times New Roman" w:cs="Arial"/>
        </w:rPr>
      </w:pPr>
      <w:r w:rsidRPr="00EA7CFD">
        <w:rPr>
          <w:rFonts w:eastAsia="Times New Roman" w:cs="Arial"/>
        </w:rPr>
        <w:t xml:space="preserve">Proje </w:t>
      </w:r>
      <w:proofErr w:type="spellStart"/>
      <w:r w:rsidRPr="00EA7CFD">
        <w:rPr>
          <w:rFonts w:eastAsia="Times New Roman" w:cs="Arial"/>
        </w:rPr>
        <w:t>bitiminde</w:t>
      </w:r>
      <w:proofErr w:type="spellEnd"/>
      <w:r w:rsidRPr="00EA7CFD">
        <w:rPr>
          <w:rFonts w:eastAsia="Times New Roman" w:cs="Arial"/>
        </w:rPr>
        <w:t xml:space="preserve">, </w:t>
      </w:r>
      <w:proofErr w:type="spellStart"/>
      <w:r w:rsidRPr="00EA7CFD">
        <w:rPr>
          <w:rFonts w:eastAsia="Times New Roman" w:cs="Arial"/>
        </w:rPr>
        <w:t>TTO’ya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nihai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rapor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teslim</w:t>
      </w:r>
      <w:proofErr w:type="spellEnd"/>
      <w:r w:rsidRPr="00EA7CFD">
        <w:rPr>
          <w:rFonts w:eastAsia="Times New Roman" w:cs="Arial"/>
        </w:rPr>
        <w:t xml:space="preserve"> </w:t>
      </w:r>
      <w:proofErr w:type="spellStart"/>
      <w:r w:rsidRPr="00EA7CFD">
        <w:rPr>
          <w:rFonts w:eastAsia="Times New Roman" w:cs="Arial"/>
        </w:rPr>
        <w:t>edilmelidir</w:t>
      </w:r>
      <w:proofErr w:type="spellEnd"/>
      <w:r w:rsidRPr="00EA7CFD">
        <w:rPr>
          <w:rFonts w:eastAsia="Times New Roman" w:cs="Arial"/>
        </w:rPr>
        <w:t>.</w:t>
      </w:r>
    </w:p>
    <w:p w14:paraId="014C7472" w14:textId="77777777" w:rsidR="00D37116" w:rsidRDefault="00D37116">
      <w:pPr>
        <w:spacing w:after="60"/>
        <w:ind w:left="360" w:hanging="360"/>
      </w:pPr>
    </w:p>
    <w:sectPr w:rsidR="00D37116" w:rsidSect="00034616">
      <w:pgSz w:w="11906" w:h="16838"/>
      <w:pgMar w:top="1440" w:right="1040" w:bottom="840" w:left="10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AD0518"/>
    <w:multiLevelType w:val="multilevel"/>
    <w:tmpl w:val="36C6A4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87171C"/>
    <w:multiLevelType w:val="multilevel"/>
    <w:tmpl w:val="60760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7770A2D"/>
    <w:multiLevelType w:val="multilevel"/>
    <w:tmpl w:val="341C88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7D114E26"/>
    <w:multiLevelType w:val="multilevel"/>
    <w:tmpl w:val="A8F6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501653">
    <w:abstractNumId w:val="8"/>
  </w:num>
  <w:num w:numId="2" w16cid:durableId="1789740808">
    <w:abstractNumId w:val="6"/>
  </w:num>
  <w:num w:numId="3" w16cid:durableId="128859289">
    <w:abstractNumId w:val="5"/>
  </w:num>
  <w:num w:numId="4" w16cid:durableId="305741826">
    <w:abstractNumId w:val="4"/>
  </w:num>
  <w:num w:numId="5" w16cid:durableId="1619945880">
    <w:abstractNumId w:val="7"/>
  </w:num>
  <w:num w:numId="6" w16cid:durableId="898397604">
    <w:abstractNumId w:val="3"/>
  </w:num>
  <w:num w:numId="7" w16cid:durableId="687948059">
    <w:abstractNumId w:val="2"/>
  </w:num>
  <w:num w:numId="8" w16cid:durableId="257757106">
    <w:abstractNumId w:val="1"/>
  </w:num>
  <w:num w:numId="9" w16cid:durableId="975373535">
    <w:abstractNumId w:val="0"/>
  </w:num>
  <w:num w:numId="10" w16cid:durableId="803547732">
    <w:abstractNumId w:val="10"/>
  </w:num>
  <w:num w:numId="11" w16cid:durableId="1607227220">
    <w:abstractNumId w:val="9"/>
  </w:num>
  <w:num w:numId="12" w16cid:durableId="362900640">
    <w:abstractNumId w:val="11"/>
  </w:num>
  <w:num w:numId="13" w16cid:durableId="11903357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D98"/>
    <w:rsid w:val="00034616"/>
    <w:rsid w:val="000438F8"/>
    <w:rsid w:val="0006063C"/>
    <w:rsid w:val="00085A94"/>
    <w:rsid w:val="000F39D9"/>
    <w:rsid w:val="0010137F"/>
    <w:rsid w:val="0011235E"/>
    <w:rsid w:val="001224F0"/>
    <w:rsid w:val="00150181"/>
    <w:rsid w:val="0015074B"/>
    <w:rsid w:val="00160787"/>
    <w:rsid w:val="00161E7A"/>
    <w:rsid w:val="001652A7"/>
    <w:rsid w:val="0019483B"/>
    <w:rsid w:val="001A1138"/>
    <w:rsid w:val="002438A6"/>
    <w:rsid w:val="00280CAE"/>
    <w:rsid w:val="0029639D"/>
    <w:rsid w:val="003100AD"/>
    <w:rsid w:val="00326F90"/>
    <w:rsid w:val="00340DDF"/>
    <w:rsid w:val="003B501F"/>
    <w:rsid w:val="00410C66"/>
    <w:rsid w:val="004630F1"/>
    <w:rsid w:val="004634A2"/>
    <w:rsid w:val="0046510A"/>
    <w:rsid w:val="00473346"/>
    <w:rsid w:val="004D4900"/>
    <w:rsid w:val="004F6661"/>
    <w:rsid w:val="005156C5"/>
    <w:rsid w:val="00553794"/>
    <w:rsid w:val="005F227C"/>
    <w:rsid w:val="006C2192"/>
    <w:rsid w:val="006D451A"/>
    <w:rsid w:val="00722686"/>
    <w:rsid w:val="00725F51"/>
    <w:rsid w:val="007345CD"/>
    <w:rsid w:val="007B3A5C"/>
    <w:rsid w:val="007C34E1"/>
    <w:rsid w:val="0080252F"/>
    <w:rsid w:val="00833C8B"/>
    <w:rsid w:val="00857886"/>
    <w:rsid w:val="008D18B5"/>
    <w:rsid w:val="009A65A7"/>
    <w:rsid w:val="00A1688D"/>
    <w:rsid w:val="00A32FB4"/>
    <w:rsid w:val="00A732C3"/>
    <w:rsid w:val="00AA1D8D"/>
    <w:rsid w:val="00B307AC"/>
    <w:rsid w:val="00B47730"/>
    <w:rsid w:val="00B7102D"/>
    <w:rsid w:val="00BB5D32"/>
    <w:rsid w:val="00BC2F39"/>
    <w:rsid w:val="00C5146C"/>
    <w:rsid w:val="00CB0664"/>
    <w:rsid w:val="00D37116"/>
    <w:rsid w:val="00D907A7"/>
    <w:rsid w:val="00E1351F"/>
    <w:rsid w:val="00E53BC0"/>
    <w:rsid w:val="00E82885"/>
    <w:rsid w:val="00E8479E"/>
    <w:rsid w:val="00EA7CFD"/>
    <w:rsid w:val="00EC6F11"/>
    <w:rsid w:val="00F8412F"/>
    <w:rsid w:val="00FC693F"/>
    <w:rsid w:val="00FF1CC6"/>
    <w:rsid w:val="00F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A8D7F61-ACEE-4BAC-9785-65B0FCF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025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ants@ozyegin.edu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Zeynep Kotevoglu</cp:lastModifiedBy>
  <cp:revision>73</cp:revision>
  <dcterms:created xsi:type="dcterms:W3CDTF">2013-12-23T23:15:00Z</dcterms:created>
  <dcterms:modified xsi:type="dcterms:W3CDTF">2026-10-01T11:58:00Z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1186db42-4816-41b5-a66d-d14e2587427b</vt:lpwstr>
  </property>
</Properties>
</file>