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69DE" w14:textId="77777777" w:rsidR="006B7696" w:rsidRPr="00C6002C" w:rsidRDefault="00000000">
      <w:pPr>
        <w:spacing w:before="240" w:after="80"/>
        <w:rPr>
          <w:sz w:val="16"/>
          <w:szCs w:val="16"/>
        </w:rPr>
      </w:pPr>
      <w:r w:rsidRPr="00C6002C">
        <w:rPr>
          <w:b/>
          <w:color w:val="800020"/>
          <w:sz w:val="16"/>
          <w:szCs w:val="16"/>
        </w:rPr>
        <w:t>ÖZYEĞİN ÜNİVERSİTESİ ETİK DEĞERLENDİRME BAŞVURU SİSTEMİ</w:t>
      </w:r>
    </w:p>
    <w:p w14:paraId="3777413E" w14:textId="77777777" w:rsidR="006B7696" w:rsidRPr="00C6002C" w:rsidRDefault="0C60561B">
      <w:pPr>
        <w:spacing w:after="360"/>
        <w:rPr>
          <w:sz w:val="16"/>
          <w:szCs w:val="16"/>
        </w:rPr>
      </w:pPr>
      <w:r w:rsidRPr="46E272AE">
        <w:rPr>
          <w:b/>
          <w:bCs/>
          <w:color w:val="2C3E50"/>
          <w:sz w:val="16"/>
          <w:szCs w:val="16"/>
        </w:rPr>
        <w:t>Başvuran (Lisansüstü Öğrenci &amp; Akademisyen &amp; Doktora) Kılavuzu</w:t>
      </w:r>
    </w:p>
    <w:p w14:paraId="50765178" w14:textId="77777777" w:rsidR="006B7696" w:rsidRPr="00C6002C" w:rsidRDefault="00000000">
      <w:pPr>
        <w:keepNext/>
        <w:spacing w:before="360" w:after="160"/>
        <w:rPr>
          <w:sz w:val="16"/>
          <w:szCs w:val="16"/>
        </w:rPr>
      </w:pPr>
      <w:r w:rsidRPr="00C6002C">
        <w:rPr>
          <w:b/>
          <w:color w:val="800020"/>
          <w:sz w:val="16"/>
          <w:szCs w:val="16"/>
        </w:rPr>
        <w:t>1. Sisteme Giriş ve Genel Bakış</w:t>
      </w:r>
    </w:p>
    <w:p w14:paraId="66203A0A" w14:textId="77777777" w:rsidR="006B7696" w:rsidRPr="00C6002C" w:rsidRDefault="00000000">
      <w:pPr>
        <w:spacing w:after="120"/>
        <w:rPr>
          <w:sz w:val="16"/>
          <w:szCs w:val="16"/>
        </w:rPr>
      </w:pPr>
      <w:r w:rsidRPr="00C6002C">
        <w:rPr>
          <w:sz w:val="16"/>
          <w:szCs w:val="16"/>
        </w:rPr>
        <w:t>Özyeğin Üniversitesi Etik Değerlendirme Başvuru Sistemi, insan katılımcılı araştırmaların etik onay süreçlerini dijital ortamda yönetmektedir.</w:t>
      </w:r>
    </w:p>
    <w:p w14:paraId="7D5F7C7A" w14:textId="7D0791A6" w:rsidR="006B7696" w:rsidRPr="00C6002C" w:rsidRDefault="0C60561B">
      <w:pPr>
        <w:pStyle w:val="ListBullet"/>
        <w:spacing w:before="40" w:after="80"/>
        <w:rPr>
          <w:sz w:val="16"/>
          <w:szCs w:val="16"/>
        </w:rPr>
      </w:pPr>
      <w:proofErr w:type="spellStart"/>
      <w:r w:rsidRPr="46E272AE">
        <w:rPr>
          <w:b/>
          <w:bCs/>
          <w:sz w:val="16"/>
          <w:szCs w:val="16"/>
        </w:rPr>
        <w:t>Erişim</w:t>
      </w:r>
      <w:proofErr w:type="spellEnd"/>
      <w:r w:rsidRPr="46E272AE">
        <w:rPr>
          <w:b/>
          <w:bCs/>
          <w:sz w:val="16"/>
          <w:szCs w:val="16"/>
        </w:rPr>
        <w:t xml:space="preserve"> Adresi: </w:t>
      </w:r>
      <w:hyperlink r:id="rId6" w:tgtFrame="_blank" w:tooltip="https://teams.microsoft.com/l/message/19:4b5f2122-3140-4632-ae0c-2e32ee4b808c_f2400d1d-235b-4a14-8b8a-eae974afc846@unq.gbl.spaces/1789735067298?context=%7b%22contexttype%22%3a%22chat%22%7d" w:history="1">
        <w:r w:rsidR="008A1E3B" w:rsidRPr="008A1E3B">
          <w:rPr>
            <w:rStyle w:val="Hyperlink"/>
          </w:rPr>
          <w:t>https://etikkurul.ozyegin.edu.tr/ </w:t>
        </w:r>
      </w:hyperlink>
      <w:r w:rsidRPr="46E272AE">
        <w:rPr>
          <w:sz w:val="16"/>
          <w:szCs w:val="16"/>
        </w:rPr>
        <w:t xml:space="preserve">adresi üzerinden </w:t>
      </w:r>
      <w:proofErr w:type="spellStart"/>
      <w:r w:rsidRPr="46E272AE">
        <w:rPr>
          <w:sz w:val="16"/>
          <w:szCs w:val="16"/>
        </w:rPr>
        <w:t>sisteme</w:t>
      </w:r>
      <w:proofErr w:type="spellEnd"/>
      <w:r w:rsidRPr="46E272AE">
        <w:rPr>
          <w:sz w:val="16"/>
          <w:szCs w:val="16"/>
        </w:rPr>
        <w:t xml:space="preserve"> </w:t>
      </w:r>
      <w:proofErr w:type="spellStart"/>
      <w:r w:rsidRPr="46E272AE">
        <w:rPr>
          <w:sz w:val="16"/>
          <w:szCs w:val="16"/>
        </w:rPr>
        <w:t>erişebilirsiniz</w:t>
      </w:r>
      <w:proofErr w:type="spellEnd"/>
      <w:r w:rsidRPr="46E272AE">
        <w:rPr>
          <w:sz w:val="16"/>
          <w:szCs w:val="16"/>
        </w:rPr>
        <w:t>.</w:t>
      </w:r>
    </w:p>
    <w:p w14:paraId="53375545" w14:textId="77777777" w:rsidR="006B7696" w:rsidRPr="00C6002C" w:rsidRDefault="00000000">
      <w:pPr>
        <w:pStyle w:val="ListBullet"/>
        <w:spacing w:before="40" w:after="80"/>
        <w:rPr>
          <w:sz w:val="16"/>
          <w:szCs w:val="16"/>
        </w:rPr>
      </w:pPr>
      <w:r w:rsidRPr="00C6002C">
        <w:rPr>
          <w:b/>
          <w:sz w:val="16"/>
          <w:szCs w:val="16"/>
        </w:rPr>
        <w:t xml:space="preserve">Giriş Yöntemi: </w:t>
      </w:r>
      <w:r w:rsidRPr="00C6002C">
        <w:rPr>
          <w:sz w:val="16"/>
          <w:szCs w:val="16"/>
        </w:rPr>
        <w:t>Özyeğin Hesabı (@ozyegin.edu.tr / @ozu.edu.tr) ile Microsoft SSO (Tek Tıkla Giriş) altyapısı kullanılarak sisteme giriş yapılır.</w:t>
      </w:r>
    </w:p>
    <w:p w14:paraId="0CCF2923" w14:textId="77777777" w:rsidR="006B7696" w:rsidRPr="00C6002C" w:rsidRDefault="00000000">
      <w:pPr>
        <w:pStyle w:val="ListBullet"/>
        <w:spacing w:before="40" w:after="80"/>
        <w:rPr>
          <w:sz w:val="16"/>
          <w:szCs w:val="16"/>
        </w:rPr>
      </w:pPr>
      <w:r w:rsidRPr="00C6002C">
        <w:rPr>
          <w:b/>
          <w:sz w:val="16"/>
          <w:szCs w:val="16"/>
        </w:rPr>
        <w:t xml:space="preserve">Yetkilendirme Kuralı: </w:t>
      </w:r>
      <w:r w:rsidRPr="00C6002C">
        <w:rPr>
          <w:sz w:val="16"/>
          <w:szCs w:val="16"/>
        </w:rPr>
        <w:t>Sisteme yalnızca akademisyenler ile yüksek lisans ve doktora (lisansüstü) öğrencileri giriş yapabilir. Yetkisiz hesaplarla giriş denenmesi durumunda sistem uyarı verecektir.</w:t>
      </w:r>
    </w:p>
    <w:p w14:paraId="0269DADE" w14:textId="3AA5A920" w:rsidR="006B7696" w:rsidRPr="00C6002C" w:rsidRDefault="0C60561B">
      <w:pPr>
        <w:pStyle w:val="ListBullet"/>
        <w:spacing w:before="40" w:after="80"/>
        <w:rPr>
          <w:sz w:val="16"/>
          <w:szCs w:val="16"/>
        </w:rPr>
      </w:pPr>
      <w:r w:rsidRPr="46E272AE">
        <w:rPr>
          <w:b/>
          <w:bCs/>
          <w:sz w:val="16"/>
          <w:szCs w:val="16"/>
        </w:rPr>
        <w:t xml:space="preserve">Test ve Geliştirme Ortamı: </w:t>
      </w:r>
      <w:r w:rsidR="2A9F5A2F" w:rsidRPr="46E272AE">
        <w:rPr>
          <w:b/>
          <w:bCs/>
          <w:sz w:val="16"/>
          <w:szCs w:val="16"/>
        </w:rPr>
        <w:t>K</w:t>
      </w:r>
      <w:r w:rsidRPr="46E272AE">
        <w:rPr>
          <w:sz w:val="16"/>
          <w:szCs w:val="16"/>
        </w:rPr>
        <w:t>ullanımda kurumsal SSO geçerlidir.</w:t>
      </w:r>
    </w:p>
    <w:p w14:paraId="7FAC1CB0" w14:textId="202572B4" w:rsidR="00C6002C" w:rsidRPr="00C6002C" w:rsidRDefault="00C6002C" w:rsidP="00C6002C">
      <w:pPr>
        <w:pStyle w:val="ListBullet"/>
        <w:numPr>
          <w:ilvl w:val="0"/>
          <w:numId w:val="0"/>
        </w:numPr>
        <w:spacing w:before="40" w:after="80"/>
        <w:ind w:left="360"/>
        <w:jc w:val="center"/>
        <w:rPr>
          <w:sz w:val="16"/>
          <w:szCs w:val="16"/>
        </w:rPr>
      </w:pPr>
      <w:r w:rsidRPr="00C6002C">
        <w:rPr>
          <w:noProof/>
          <w:sz w:val="16"/>
          <w:szCs w:val="16"/>
        </w:rPr>
        <w:drawing>
          <wp:inline distT="0" distB="0" distL="0" distR="0" wp14:anchorId="57AE36C9" wp14:editId="0335F4A4">
            <wp:extent cx="3002096" cy="1730375"/>
            <wp:effectExtent l="0" t="0" r="8255" b="3175"/>
            <wp:docPr id="1533218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218011" name=""/>
                    <pic:cNvPicPr/>
                  </pic:nvPicPr>
                  <pic:blipFill>
                    <a:blip r:embed="rId7"/>
                    <a:stretch>
                      <a:fillRect/>
                    </a:stretch>
                  </pic:blipFill>
                  <pic:spPr>
                    <a:xfrm>
                      <a:off x="0" y="0"/>
                      <a:ext cx="3004822" cy="1731946"/>
                    </a:xfrm>
                    <a:prstGeom prst="rect">
                      <a:avLst/>
                    </a:prstGeom>
                  </pic:spPr>
                </pic:pic>
              </a:graphicData>
            </a:graphic>
          </wp:inline>
        </w:drawing>
      </w:r>
    </w:p>
    <w:p w14:paraId="31FE1E23" w14:textId="77777777" w:rsidR="006B7696" w:rsidRPr="00C6002C" w:rsidRDefault="00000000">
      <w:pPr>
        <w:keepNext/>
        <w:spacing w:before="360" w:after="160"/>
        <w:rPr>
          <w:sz w:val="16"/>
          <w:szCs w:val="16"/>
        </w:rPr>
      </w:pPr>
      <w:r w:rsidRPr="00C6002C">
        <w:rPr>
          <w:b/>
          <w:color w:val="800020"/>
          <w:sz w:val="16"/>
          <w:szCs w:val="16"/>
        </w:rPr>
        <w:t>2. Ana Sayfa (Kontrol Paneli)</w:t>
      </w:r>
    </w:p>
    <w:p w14:paraId="7CD6F3FD" w14:textId="77777777" w:rsidR="006B7696" w:rsidRPr="00C6002C" w:rsidRDefault="00000000">
      <w:pPr>
        <w:spacing w:after="120"/>
        <w:rPr>
          <w:sz w:val="16"/>
          <w:szCs w:val="16"/>
        </w:rPr>
      </w:pPr>
      <w:r w:rsidRPr="00C6002C">
        <w:rPr>
          <w:sz w:val="16"/>
          <w:szCs w:val="16"/>
        </w:rPr>
        <w:t>Sisteme başarılı bir şekilde giriş yapıldığında kullanıcıyı karşılayan kontrol panelidir. Başvurularınızın durumunu tek ekrandan izlemenizi sağlar.</w:t>
      </w:r>
    </w:p>
    <w:p w14:paraId="5D5B287F" w14:textId="77777777" w:rsidR="006B7696" w:rsidRPr="00C6002C" w:rsidRDefault="00000000">
      <w:pPr>
        <w:pStyle w:val="ListBullet"/>
        <w:spacing w:before="40" w:after="80"/>
        <w:rPr>
          <w:sz w:val="16"/>
          <w:szCs w:val="16"/>
        </w:rPr>
      </w:pPr>
      <w:r w:rsidRPr="00C6002C">
        <w:rPr>
          <w:b/>
          <w:sz w:val="16"/>
          <w:szCs w:val="16"/>
        </w:rPr>
        <w:t xml:space="preserve">İstatistik Kartları: </w:t>
      </w:r>
      <w:r w:rsidRPr="00C6002C">
        <w:rPr>
          <w:sz w:val="16"/>
          <w:szCs w:val="16"/>
        </w:rPr>
        <w:t>Toplam, bekleyen, onaylanan ve reddedilen başvuru sayılarını anlık olarak gösterir.</w:t>
      </w:r>
    </w:p>
    <w:p w14:paraId="0D2D6615" w14:textId="77777777" w:rsidR="006B7696" w:rsidRPr="00C6002C" w:rsidRDefault="00000000">
      <w:pPr>
        <w:pStyle w:val="ListBullet"/>
        <w:spacing w:before="40" w:after="80"/>
        <w:rPr>
          <w:sz w:val="16"/>
          <w:szCs w:val="16"/>
        </w:rPr>
      </w:pPr>
      <w:r w:rsidRPr="00C6002C">
        <w:rPr>
          <w:b/>
          <w:sz w:val="16"/>
          <w:szCs w:val="16"/>
        </w:rPr>
        <w:t xml:space="preserve">Yeni Başvuru Hızlı Erişim: </w:t>
      </w:r>
      <w:r w:rsidRPr="00C6002C">
        <w:rPr>
          <w:sz w:val="16"/>
          <w:szCs w:val="16"/>
        </w:rPr>
        <w:t>Yeni bir etik kurul başvurusu başlatmak için yönlendirme butonları sunar.</w:t>
      </w:r>
    </w:p>
    <w:p w14:paraId="21B1F438" w14:textId="77777777" w:rsidR="006B7696" w:rsidRPr="00C6002C" w:rsidRDefault="00000000">
      <w:pPr>
        <w:pStyle w:val="ListBullet"/>
        <w:spacing w:before="40" w:after="80"/>
        <w:rPr>
          <w:sz w:val="16"/>
          <w:szCs w:val="16"/>
        </w:rPr>
      </w:pPr>
      <w:r w:rsidRPr="00C6002C">
        <w:rPr>
          <w:b/>
          <w:sz w:val="16"/>
          <w:szCs w:val="16"/>
        </w:rPr>
        <w:t xml:space="preserve">Taslaklar: </w:t>
      </w:r>
      <w:r w:rsidRPr="00C6002C">
        <w:rPr>
          <w:sz w:val="16"/>
          <w:szCs w:val="16"/>
        </w:rPr>
        <w:t>Yarım kalan veya henüz gönderilmemiş başvurulara hızlı erişim sağlar.</w:t>
      </w:r>
    </w:p>
    <w:p w14:paraId="42F2D1D9" w14:textId="77777777" w:rsidR="006B7696" w:rsidRPr="00C6002C" w:rsidRDefault="00000000">
      <w:pPr>
        <w:pStyle w:val="ListBullet"/>
        <w:spacing w:before="40" w:after="80"/>
        <w:rPr>
          <w:sz w:val="16"/>
          <w:szCs w:val="16"/>
        </w:rPr>
      </w:pPr>
      <w:r w:rsidRPr="00C6002C">
        <w:rPr>
          <w:b/>
          <w:sz w:val="16"/>
          <w:szCs w:val="16"/>
        </w:rPr>
        <w:t xml:space="preserve">Son Başvurular: </w:t>
      </w:r>
      <w:r w:rsidRPr="00C6002C">
        <w:rPr>
          <w:sz w:val="16"/>
          <w:szCs w:val="16"/>
        </w:rPr>
        <w:t xml:space="preserve">Son yapılan başvuruların durumunu (örn. Etik Kurul İncelemesinde, Onaylandı, Revizyon İstendi, EBYS </w:t>
      </w:r>
      <w:proofErr w:type="spellStart"/>
      <w:r w:rsidRPr="00C6002C">
        <w:rPr>
          <w:sz w:val="16"/>
          <w:szCs w:val="16"/>
        </w:rPr>
        <w:t>İmza</w:t>
      </w:r>
      <w:proofErr w:type="spellEnd"/>
      <w:r w:rsidRPr="00C6002C">
        <w:rPr>
          <w:sz w:val="16"/>
          <w:szCs w:val="16"/>
        </w:rPr>
        <w:t xml:space="preserve"> </w:t>
      </w:r>
      <w:proofErr w:type="spellStart"/>
      <w:r w:rsidRPr="00C6002C">
        <w:rPr>
          <w:sz w:val="16"/>
          <w:szCs w:val="16"/>
        </w:rPr>
        <w:t>Sürecinde</w:t>
      </w:r>
      <w:proofErr w:type="spellEnd"/>
      <w:r w:rsidRPr="00C6002C">
        <w:rPr>
          <w:sz w:val="16"/>
          <w:szCs w:val="16"/>
        </w:rPr>
        <w:t xml:space="preserve">) </w:t>
      </w:r>
      <w:proofErr w:type="spellStart"/>
      <w:r w:rsidRPr="00C6002C">
        <w:rPr>
          <w:sz w:val="16"/>
          <w:szCs w:val="16"/>
        </w:rPr>
        <w:t>ve</w:t>
      </w:r>
      <w:proofErr w:type="spellEnd"/>
      <w:r w:rsidRPr="00C6002C">
        <w:rPr>
          <w:sz w:val="16"/>
          <w:szCs w:val="16"/>
        </w:rPr>
        <w:t xml:space="preserve"> </w:t>
      </w:r>
      <w:proofErr w:type="spellStart"/>
      <w:r w:rsidRPr="00C6002C">
        <w:rPr>
          <w:sz w:val="16"/>
          <w:szCs w:val="16"/>
        </w:rPr>
        <w:t>güncellenme</w:t>
      </w:r>
      <w:proofErr w:type="spellEnd"/>
      <w:r w:rsidRPr="00C6002C">
        <w:rPr>
          <w:sz w:val="16"/>
          <w:szCs w:val="16"/>
        </w:rPr>
        <w:t xml:space="preserve"> </w:t>
      </w:r>
      <w:proofErr w:type="spellStart"/>
      <w:r w:rsidRPr="00C6002C">
        <w:rPr>
          <w:sz w:val="16"/>
          <w:szCs w:val="16"/>
        </w:rPr>
        <w:t>tarihlerini</w:t>
      </w:r>
      <w:proofErr w:type="spellEnd"/>
      <w:r w:rsidRPr="00C6002C">
        <w:rPr>
          <w:sz w:val="16"/>
          <w:szCs w:val="16"/>
        </w:rPr>
        <w:t xml:space="preserve"> </w:t>
      </w:r>
      <w:proofErr w:type="spellStart"/>
      <w:r w:rsidRPr="00C6002C">
        <w:rPr>
          <w:sz w:val="16"/>
          <w:szCs w:val="16"/>
        </w:rPr>
        <w:t>listeler</w:t>
      </w:r>
      <w:proofErr w:type="spellEnd"/>
      <w:r w:rsidRPr="00C6002C">
        <w:rPr>
          <w:sz w:val="16"/>
          <w:szCs w:val="16"/>
        </w:rPr>
        <w:t>.</w:t>
      </w:r>
    </w:p>
    <w:p w14:paraId="671464B7" w14:textId="69A1F085" w:rsidR="00C6002C" w:rsidRPr="00C6002C" w:rsidRDefault="00C6002C" w:rsidP="00C6002C">
      <w:pPr>
        <w:pStyle w:val="ListBullet"/>
        <w:numPr>
          <w:ilvl w:val="0"/>
          <w:numId w:val="0"/>
        </w:numPr>
        <w:spacing w:before="40" w:after="80"/>
        <w:ind w:left="360"/>
        <w:jc w:val="center"/>
        <w:rPr>
          <w:sz w:val="16"/>
          <w:szCs w:val="16"/>
        </w:rPr>
      </w:pPr>
      <w:r w:rsidRPr="00C6002C">
        <w:rPr>
          <w:noProof/>
          <w:sz w:val="16"/>
          <w:szCs w:val="16"/>
        </w:rPr>
        <w:drawing>
          <wp:inline distT="0" distB="0" distL="0" distR="0" wp14:anchorId="049500A0" wp14:editId="0B175092">
            <wp:extent cx="3058035" cy="1756410"/>
            <wp:effectExtent l="0" t="0" r="9525" b="0"/>
            <wp:docPr id="419448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448445" name=""/>
                    <pic:cNvPicPr/>
                  </pic:nvPicPr>
                  <pic:blipFill>
                    <a:blip r:embed="rId8"/>
                    <a:stretch>
                      <a:fillRect/>
                    </a:stretch>
                  </pic:blipFill>
                  <pic:spPr>
                    <a:xfrm>
                      <a:off x="0" y="0"/>
                      <a:ext cx="3063418" cy="1759502"/>
                    </a:xfrm>
                    <a:prstGeom prst="rect">
                      <a:avLst/>
                    </a:prstGeom>
                  </pic:spPr>
                </pic:pic>
              </a:graphicData>
            </a:graphic>
          </wp:inline>
        </w:drawing>
      </w:r>
    </w:p>
    <w:p w14:paraId="786952F0" w14:textId="77777777" w:rsidR="006B7696" w:rsidRPr="00C6002C" w:rsidRDefault="00000000">
      <w:pPr>
        <w:keepNext/>
        <w:spacing w:before="360" w:after="160"/>
        <w:rPr>
          <w:sz w:val="16"/>
          <w:szCs w:val="16"/>
        </w:rPr>
      </w:pPr>
      <w:r w:rsidRPr="00C6002C">
        <w:rPr>
          <w:b/>
          <w:color w:val="800020"/>
          <w:sz w:val="16"/>
          <w:szCs w:val="16"/>
        </w:rPr>
        <w:t>3. Etik Değerlendirme Başvuru Formu</w:t>
      </w:r>
    </w:p>
    <w:p w14:paraId="7B9FAA9C" w14:textId="77777777" w:rsidR="006B7696" w:rsidRPr="00C6002C" w:rsidRDefault="0C60561B">
      <w:pPr>
        <w:spacing w:after="160"/>
      </w:pPr>
      <w:r w:rsidRPr="46E272AE">
        <w:rPr>
          <w:sz w:val="16"/>
          <w:szCs w:val="16"/>
        </w:rPr>
        <w:t>Yeni bir başvuru oluşturmak veya mevcut taslağı tamamlamak için kullanılan ana form ekranıdır. Form 5 temel bölümden oluşmaktadır:</w:t>
      </w:r>
    </w:p>
    <w:p w14:paraId="14EC9FBE" w14:textId="384327A7" w:rsidR="0FCD1F6D" w:rsidRDefault="0FCD1F6D" w:rsidP="46E272AE">
      <w:pPr>
        <w:spacing w:after="160"/>
        <w:jc w:val="center"/>
      </w:pPr>
      <w:r>
        <w:rPr>
          <w:noProof/>
        </w:rPr>
        <w:lastRenderedPageBreak/>
        <w:drawing>
          <wp:inline distT="0" distB="0" distL="0" distR="0" wp14:anchorId="75551E7B" wp14:editId="031DB402">
            <wp:extent cx="4471851" cy="1504950"/>
            <wp:effectExtent l="0" t="0" r="0" b="0"/>
            <wp:docPr id="3775173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17392" name="Picture 377517392"/>
                    <pic:cNvPicPr/>
                  </pic:nvPicPr>
                  <pic:blipFill>
                    <a:blip r:embed="rId9">
                      <a:extLst>
                        <a:ext uri="{28A0092B-C50C-407E-A947-70E740481C1C}">
                          <a14:useLocalDpi xmlns:a14="http://schemas.microsoft.com/office/drawing/2010/main"/>
                        </a:ext>
                      </a:extLst>
                    </a:blip>
                    <a:stretch>
                      <a:fillRect/>
                    </a:stretch>
                  </pic:blipFill>
                  <pic:spPr>
                    <a:xfrm>
                      <a:off x="0" y="0"/>
                      <a:ext cx="4471851" cy="1504950"/>
                    </a:xfrm>
                    <a:prstGeom prst="rect">
                      <a:avLst/>
                    </a:prstGeom>
                  </pic:spPr>
                </pic:pic>
              </a:graphicData>
            </a:graphic>
          </wp:inline>
        </w:drawing>
      </w:r>
    </w:p>
    <w:p w14:paraId="37611264" w14:textId="77777777" w:rsidR="006B7696" w:rsidRPr="00C6002C" w:rsidRDefault="00000000">
      <w:pPr>
        <w:keepNext/>
        <w:spacing w:before="240" w:after="80"/>
        <w:rPr>
          <w:sz w:val="16"/>
          <w:szCs w:val="16"/>
        </w:rPr>
      </w:pPr>
      <w:r w:rsidRPr="00C6002C">
        <w:rPr>
          <w:b/>
          <w:color w:val="2C3E50"/>
          <w:sz w:val="16"/>
          <w:szCs w:val="16"/>
        </w:rPr>
        <w:t>A. Proje Bilgileri</w:t>
      </w:r>
    </w:p>
    <w:p w14:paraId="220B5993" w14:textId="77777777" w:rsidR="006B7696" w:rsidRPr="00C6002C" w:rsidRDefault="00000000">
      <w:pPr>
        <w:pStyle w:val="ListBullet"/>
        <w:spacing w:before="40" w:after="80"/>
        <w:rPr>
          <w:sz w:val="16"/>
          <w:szCs w:val="16"/>
        </w:rPr>
      </w:pPr>
      <w:r w:rsidRPr="00C6002C">
        <w:rPr>
          <w:b/>
          <w:sz w:val="16"/>
          <w:szCs w:val="16"/>
        </w:rPr>
        <w:t xml:space="preserve">Proje Başlığı: </w:t>
      </w:r>
      <w:r w:rsidRPr="00C6002C">
        <w:rPr>
          <w:sz w:val="16"/>
          <w:szCs w:val="16"/>
        </w:rPr>
        <w:t>Projenin Türkçe ve İngilizce (Project Title) tam adı girilmelidir.</w:t>
      </w:r>
    </w:p>
    <w:p w14:paraId="28782EAD" w14:textId="77777777" w:rsidR="006B7696" w:rsidRPr="00C6002C" w:rsidRDefault="00000000">
      <w:pPr>
        <w:pStyle w:val="ListBullet"/>
        <w:spacing w:before="40" w:after="80"/>
        <w:rPr>
          <w:sz w:val="16"/>
          <w:szCs w:val="16"/>
        </w:rPr>
      </w:pPr>
      <w:r w:rsidRPr="00C6002C">
        <w:rPr>
          <w:b/>
          <w:sz w:val="16"/>
          <w:szCs w:val="16"/>
        </w:rPr>
        <w:t xml:space="preserve">Özet: </w:t>
      </w:r>
      <w:r w:rsidRPr="00C6002C">
        <w:rPr>
          <w:sz w:val="16"/>
          <w:szCs w:val="16"/>
        </w:rPr>
        <w:t>Çalışmanın amacını, yöntemini ve önemini içeren maksimum 300 kelimelik özet yazılır.</w:t>
      </w:r>
    </w:p>
    <w:p w14:paraId="25A36742" w14:textId="77777777" w:rsidR="006B7696" w:rsidRPr="00C6002C" w:rsidRDefault="00000000">
      <w:pPr>
        <w:pStyle w:val="ListBullet"/>
        <w:spacing w:before="40" w:after="80"/>
        <w:rPr>
          <w:sz w:val="16"/>
          <w:szCs w:val="16"/>
        </w:rPr>
      </w:pPr>
      <w:r w:rsidRPr="00C6002C">
        <w:rPr>
          <w:b/>
          <w:sz w:val="16"/>
          <w:szCs w:val="16"/>
        </w:rPr>
        <w:t xml:space="preserve">Tez mi?: </w:t>
      </w:r>
      <w:r w:rsidRPr="00C6002C">
        <w:rPr>
          <w:sz w:val="16"/>
          <w:szCs w:val="16"/>
        </w:rPr>
        <w:t>Çalışmanın bir tez projesi olup olmadığı (Evet / Hayır) seçilir.</w:t>
      </w:r>
    </w:p>
    <w:tbl>
      <w:tblPr>
        <w:tblW w:w="0" w:type="auto"/>
        <w:jc w:val="center"/>
        <w:tblLook w:val="04A0" w:firstRow="1" w:lastRow="0" w:firstColumn="1" w:lastColumn="0" w:noHBand="0" w:noVBand="1"/>
      </w:tblPr>
      <w:tblGrid>
        <w:gridCol w:w="9360"/>
      </w:tblGrid>
      <w:tr w:rsidR="006B7696" w:rsidRPr="00C6002C" w14:paraId="2196910C" w14:textId="77777777">
        <w:trPr>
          <w:jc w:val="center"/>
        </w:trPr>
        <w:tc>
          <w:tcPr>
            <w:tcW w:w="9360" w:type="dxa"/>
            <w:tcBorders>
              <w:left w:val="single" w:sz="24" w:space="0" w:color="800020"/>
            </w:tcBorders>
            <w:shd w:val="clear" w:color="auto" w:fill="FFF5F5"/>
            <w:tcMar>
              <w:top w:w="140" w:type="dxa"/>
              <w:left w:w="200" w:type="dxa"/>
              <w:bottom w:w="140" w:type="dxa"/>
              <w:right w:w="200" w:type="dxa"/>
            </w:tcMar>
          </w:tcPr>
          <w:p w14:paraId="08BD229A" w14:textId="77777777" w:rsidR="006B7696" w:rsidRPr="00C6002C" w:rsidRDefault="00000000">
            <w:pPr>
              <w:spacing w:before="40" w:after="80"/>
              <w:rPr>
                <w:sz w:val="16"/>
                <w:szCs w:val="16"/>
              </w:rPr>
            </w:pPr>
            <w:r w:rsidRPr="00C6002C">
              <w:rPr>
                <w:b/>
                <w:color w:val="800020"/>
                <w:sz w:val="16"/>
                <w:szCs w:val="16"/>
              </w:rPr>
              <w:t xml:space="preserve">📌 TEZ DURUMUNA GÖRE ONAY AKIŞI: </w:t>
            </w:r>
            <w:r w:rsidRPr="00C6002C">
              <w:rPr>
                <w:i/>
                <w:sz w:val="16"/>
                <w:szCs w:val="16"/>
              </w:rPr>
              <w:t>'Tez mi?' sorusuna 'Hayır' seçilmesi durumunda: Başvuru formunda danışman bilgisi yer alsa dahi, başvuru danışman onayına takılmadan doğrudan Etik Kurul değerlendirmesine yönlendirilir.</w:t>
            </w:r>
          </w:p>
          <w:p w14:paraId="5AE51655" w14:textId="77777777" w:rsidR="006B7696" w:rsidRPr="00C6002C" w:rsidRDefault="00000000">
            <w:pPr>
              <w:spacing w:before="40" w:after="40"/>
              <w:rPr>
                <w:sz w:val="16"/>
                <w:szCs w:val="16"/>
              </w:rPr>
            </w:pPr>
            <w:r w:rsidRPr="00C6002C">
              <w:rPr>
                <w:i/>
                <w:sz w:val="16"/>
                <w:szCs w:val="16"/>
              </w:rPr>
              <w:t>'Tez mi?' sorusuna 'Evet' seçilmesi durumunda: Başvuru öncelikle tez danışmanının onayına yönlendirilir. Danışmanın onay vermesinin ardından başvuru Etik Kurul değerlendirmesine iletilir.</w:t>
            </w:r>
          </w:p>
        </w:tc>
      </w:tr>
    </w:tbl>
    <w:p w14:paraId="28474EDB" w14:textId="77777777" w:rsidR="006B7696" w:rsidRPr="00C6002C" w:rsidRDefault="006B7696">
      <w:pPr>
        <w:spacing w:after="120"/>
        <w:rPr>
          <w:sz w:val="16"/>
          <w:szCs w:val="16"/>
        </w:rPr>
      </w:pPr>
    </w:p>
    <w:p w14:paraId="52A8E4B3" w14:textId="77777777" w:rsidR="006B7696" w:rsidRPr="00C6002C" w:rsidRDefault="00000000">
      <w:pPr>
        <w:keepNext/>
        <w:spacing w:before="240" w:after="80"/>
        <w:rPr>
          <w:sz w:val="16"/>
          <w:szCs w:val="16"/>
        </w:rPr>
      </w:pPr>
      <w:r w:rsidRPr="00C6002C">
        <w:rPr>
          <w:b/>
          <w:color w:val="2C3E50"/>
          <w:sz w:val="16"/>
          <w:szCs w:val="16"/>
        </w:rPr>
        <w:t>B. Proje Personeli</w:t>
      </w:r>
    </w:p>
    <w:p w14:paraId="345A8942" w14:textId="77777777" w:rsidR="006B7696" w:rsidRPr="00C6002C" w:rsidRDefault="00000000">
      <w:pPr>
        <w:pStyle w:val="ListBullet"/>
        <w:spacing w:before="40" w:after="80"/>
        <w:rPr>
          <w:sz w:val="16"/>
          <w:szCs w:val="16"/>
        </w:rPr>
      </w:pPr>
      <w:r w:rsidRPr="00C6002C">
        <w:rPr>
          <w:b/>
          <w:sz w:val="16"/>
          <w:szCs w:val="16"/>
        </w:rPr>
        <w:t xml:space="preserve">Sorumlu Araştırmacı (PI): </w:t>
      </w:r>
      <w:r w:rsidRPr="00C6002C">
        <w:rPr>
          <w:sz w:val="16"/>
          <w:szCs w:val="16"/>
        </w:rPr>
        <w:t>Araştırmadan sorumlu kişinin Ad-Soyad ve E-posta bilgileri sistem tarafından otomatik getirilir veya girilir.</w:t>
      </w:r>
    </w:p>
    <w:p w14:paraId="105087D7" w14:textId="77777777" w:rsidR="006B7696" w:rsidRPr="00C6002C" w:rsidRDefault="00000000">
      <w:pPr>
        <w:pStyle w:val="ListBullet"/>
        <w:spacing w:before="40" w:after="80"/>
        <w:rPr>
          <w:sz w:val="16"/>
          <w:szCs w:val="16"/>
        </w:rPr>
      </w:pPr>
      <w:r w:rsidRPr="00C6002C">
        <w:rPr>
          <w:b/>
          <w:sz w:val="16"/>
          <w:szCs w:val="16"/>
        </w:rPr>
        <w:t xml:space="preserve">Diğer Araştırmacılar: </w:t>
      </w:r>
      <w:r w:rsidRPr="00C6002C">
        <w:rPr>
          <w:sz w:val="16"/>
          <w:szCs w:val="16"/>
        </w:rPr>
        <w:t>Projede yer alan diğer araştırmacıları eklemek için '+ Araştırmacı Ekle' butonu kullanılır.</w:t>
      </w:r>
    </w:p>
    <w:p w14:paraId="7C77F4EE" w14:textId="77777777" w:rsidR="006B7696" w:rsidRPr="00C6002C" w:rsidRDefault="00000000">
      <w:pPr>
        <w:keepNext/>
        <w:spacing w:before="240" w:after="80"/>
        <w:rPr>
          <w:sz w:val="16"/>
          <w:szCs w:val="16"/>
        </w:rPr>
      </w:pPr>
      <w:r w:rsidRPr="00C6002C">
        <w:rPr>
          <w:b/>
          <w:color w:val="2C3E50"/>
          <w:sz w:val="16"/>
          <w:szCs w:val="16"/>
        </w:rPr>
        <w:t>C. Araştırma Protokolü</w:t>
      </w:r>
    </w:p>
    <w:p w14:paraId="20FC46A6" w14:textId="77777777" w:rsidR="006B7696" w:rsidRPr="00C6002C" w:rsidRDefault="00000000">
      <w:pPr>
        <w:pStyle w:val="ListBullet"/>
        <w:spacing w:before="40" w:after="80"/>
        <w:rPr>
          <w:sz w:val="16"/>
          <w:szCs w:val="16"/>
        </w:rPr>
      </w:pPr>
      <w:r w:rsidRPr="00C6002C">
        <w:rPr>
          <w:b/>
          <w:sz w:val="16"/>
          <w:szCs w:val="16"/>
        </w:rPr>
        <w:t xml:space="preserve">Takvim: </w:t>
      </w:r>
      <w:r w:rsidRPr="00C6002C">
        <w:rPr>
          <w:sz w:val="16"/>
          <w:szCs w:val="16"/>
        </w:rPr>
        <w:t>Veri toplama sürecinin başlangıç ve bitiş tarihleri seçilir.</w:t>
      </w:r>
    </w:p>
    <w:p w14:paraId="092F0F45" w14:textId="77777777" w:rsidR="006B7696" w:rsidRPr="00C6002C" w:rsidRDefault="00000000">
      <w:pPr>
        <w:pStyle w:val="ListBullet"/>
        <w:spacing w:before="40" w:after="80"/>
        <w:rPr>
          <w:sz w:val="16"/>
          <w:szCs w:val="16"/>
        </w:rPr>
      </w:pPr>
      <w:r w:rsidRPr="00C6002C">
        <w:rPr>
          <w:b/>
          <w:sz w:val="16"/>
          <w:szCs w:val="16"/>
        </w:rPr>
        <w:t xml:space="preserve">Yöntem: </w:t>
      </w:r>
      <w:r w:rsidRPr="00C6002C">
        <w:rPr>
          <w:sz w:val="16"/>
          <w:szCs w:val="16"/>
        </w:rPr>
        <w:t>Veri toplama ve analiz metotları açıklanır.</w:t>
      </w:r>
    </w:p>
    <w:p w14:paraId="6D69900C" w14:textId="77777777" w:rsidR="006B7696" w:rsidRPr="00C6002C" w:rsidRDefault="00000000">
      <w:pPr>
        <w:pStyle w:val="ListBullet"/>
        <w:spacing w:before="40" w:after="80"/>
        <w:rPr>
          <w:sz w:val="16"/>
          <w:szCs w:val="16"/>
        </w:rPr>
      </w:pPr>
      <w:r w:rsidRPr="00C6002C">
        <w:rPr>
          <w:b/>
          <w:sz w:val="16"/>
          <w:szCs w:val="16"/>
        </w:rPr>
        <w:t xml:space="preserve">Katılımcılar: </w:t>
      </w:r>
      <w:r w:rsidRPr="00C6002C">
        <w:rPr>
          <w:sz w:val="16"/>
          <w:szCs w:val="16"/>
        </w:rPr>
        <w:t>Katılımcı sayısı, demografik özellikler ve dahil etme/dışlama kriterleri belirtilir.</w:t>
      </w:r>
    </w:p>
    <w:p w14:paraId="05C80F3A" w14:textId="77777777" w:rsidR="006B7696" w:rsidRPr="00C6002C" w:rsidRDefault="00000000">
      <w:pPr>
        <w:pStyle w:val="ListBullet"/>
        <w:spacing w:before="40" w:after="80"/>
        <w:rPr>
          <w:sz w:val="16"/>
          <w:szCs w:val="16"/>
        </w:rPr>
      </w:pPr>
      <w:r w:rsidRPr="00C6002C">
        <w:rPr>
          <w:b/>
          <w:sz w:val="16"/>
          <w:szCs w:val="16"/>
        </w:rPr>
        <w:t xml:space="preserve">Katılımcıların Seçilme Süreci: </w:t>
      </w:r>
      <w:r w:rsidRPr="00C6002C">
        <w:rPr>
          <w:sz w:val="16"/>
          <w:szCs w:val="16"/>
        </w:rPr>
        <w:t>Katılımcıların nasıl belirleneceği ve çalışmaya nasıl davet edileceği açıklanır.</w:t>
      </w:r>
    </w:p>
    <w:p w14:paraId="66FCE914" w14:textId="77777777" w:rsidR="006B7696" w:rsidRPr="00C6002C" w:rsidRDefault="00000000">
      <w:pPr>
        <w:pStyle w:val="ListBullet"/>
        <w:spacing w:before="40" w:after="80"/>
        <w:rPr>
          <w:sz w:val="16"/>
          <w:szCs w:val="16"/>
        </w:rPr>
      </w:pPr>
      <w:r w:rsidRPr="00C6002C">
        <w:rPr>
          <w:b/>
          <w:sz w:val="16"/>
          <w:szCs w:val="16"/>
        </w:rPr>
        <w:t xml:space="preserve">Katılımcılara Sağlanacak Karşılıklar: </w:t>
      </w:r>
      <w:r w:rsidRPr="00C6002C">
        <w:rPr>
          <w:sz w:val="16"/>
          <w:szCs w:val="16"/>
        </w:rPr>
        <w:t>Ücret, hediye, hediye çeki vb. imkanlar belirtilir.</w:t>
      </w:r>
    </w:p>
    <w:p w14:paraId="0F868946" w14:textId="77777777" w:rsidR="006B7696" w:rsidRPr="00C6002C" w:rsidRDefault="00000000">
      <w:pPr>
        <w:pStyle w:val="ListBullet"/>
        <w:spacing w:before="40" w:after="80"/>
        <w:rPr>
          <w:sz w:val="16"/>
          <w:szCs w:val="16"/>
        </w:rPr>
      </w:pPr>
      <w:r w:rsidRPr="00C6002C">
        <w:rPr>
          <w:b/>
          <w:sz w:val="16"/>
          <w:szCs w:val="16"/>
        </w:rPr>
        <w:t xml:space="preserve">Onam (Rıza): </w:t>
      </w:r>
      <w:r w:rsidRPr="00C6002C">
        <w:rPr>
          <w:sz w:val="16"/>
          <w:szCs w:val="16"/>
        </w:rPr>
        <w:t>Araştırma öncesi bilgilendirme ve onam alma süreci detaylandırılır.</w:t>
      </w:r>
    </w:p>
    <w:p w14:paraId="374CF036" w14:textId="77777777" w:rsidR="006B7696" w:rsidRPr="00C6002C" w:rsidRDefault="0C60561B">
      <w:pPr>
        <w:pStyle w:val="ListBullet"/>
        <w:spacing w:before="40" w:after="80"/>
        <w:rPr>
          <w:sz w:val="16"/>
          <w:szCs w:val="16"/>
        </w:rPr>
      </w:pPr>
      <w:r w:rsidRPr="46E272AE">
        <w:rPr>
          <w:b/>
          <w:bCs/>
          <w:sz w:val="16"/>
          <w:szCs w:val="16"/>
        </w:rPr>
        <w:t xml:space="preserve">Veri Toplama: </w:t>
      </w:r>
      <w:r w:rsidRPr="46E272AE">
        <w:rPr>
          <w:sz w:val="16"/>
          <w:szCs w:val="16"/>
        </w:rPr>
        <w:t>Verilerin nasıl toplanacağı, saklanacağı ve gizliliğinin nasıl korunacağı açıklanır.</w:t>
      </w:r>
    </w:p>
    <w:p w14:paraId="21861FE6" w14:textId="77777777" w:rsidR="006B7696" w:rsidRPr="00C6002C" w:rsidRDefault="00000000">
      <w:pPr>
        <w:keepNext/>
        <w:spacing w:before="240" w:after="80"/>
        <w:rPr>
          <w:sz w:val="16"/>
          <w:szCs w:val="16"/>
        </w:rPr>
      </w:pPr>
      <w:r w:rsidRPr="00C6002C">
        <w:rPr>
          <w:b/>
          <w:color w:val="2C3E50"/>
          <w:sz w:val="16"/>
          <w:szCs w:val="16"/>
        </w:rPr>
        <w:t>D. Temel Etik Konular</w:t>
      </w:r>
    </w:p>
    <w:p w14:paraId="3182802A" w14:textId="77777777" w:rsidR="006B7696" w:rsidRPr="00C6002C" w:rsidRDefault="00000000">
      <w:pPr>
        <w:pStyle w:val="ListBullet"/>
        <w:spacing w:before="40" w:after="80"/>
        <w:rPr>
          <w:sz w:val="16"/>
          <w:szCs w:val="16"/>
        </w:rPr>
      </w:pPr>
      <w:r w:rsidRPr="00C6002C">
        <w:rPr>
          <w:b/>
          <w:sz w:val="16"/>
          <w:szCs w:val="16"/>
        </w:rPr>
        <w:t xml:space="preserve">Uyulacak Etik ve Yasal Yönergeler: </w:t>
      </w:r>
      <w:r w:rsidRPr="00C6002C">
        <w:rPr>
          <w:sz w:val="16"/>
          <w:szCs w:val="16"/>
        </w:rPr>
        <w:t>Araştırmanın uyacağı etik ilkeler ve yasal düzenlemeler belirtilir.</w:t>
      </w:r>
    </w:p>
    <w:p w14:paraId="767B9B47" w14:textId="77777777" w:rsidR="006B7696" w:rsidRPr="00C6002C" w:rsidRDefault="00000000">
      <w:pPr>
        <w:pStyle w:val="ListBullet"/>
        <w:spacing w:before="40" w:after="80"/>
        <w:rPr>
          <w:sz w:val="16"/>
          <w:szCs w:val="16"/>
        </w:rPr>
      </w:pPr>
      <w:r w:rsidRPr="00C6002C">
        <w:rPr>
          <w:b/>
          <w:sz w:val="16"/>
          <w:szCs w:val="16"/>
        </w:rPr>
        <w:t xml:space="preserve">Araştırma Veri Yönetimi ve Yayım: </w:t>
      </w:r>
      <w:r w:rsidRPr="00C6002C">
        <w:rPr>
          <w:sz w:val="16"/>
          <w:szCs w:val="16"/>
        </w:rPr>
        <w:t>Verilerin nasıl yönetileceği, yayımlanacağı ve sonuçların nasıl duyurulacağı açıklanır.</w:t>
      </w:r>
    </w:p>
    <w:p w14:paraId="7F00F2B1" w14:textId="77777777" w:rsidR="006B7696" w:rsidRPr="00C6002C" w:rsidRDefault="00000000">
      <w:pPr>
        <w:pStyle w:val="ListBullet"/>
        <w:spacing w:before="40" w:after="80"/>
        <w:rPr>
          <w:sz w:val="16"/>
          <w:szCs w:val="16"/>
        </w:rPr>
      </w:pPr>
      <w:r w:rsidRPr="00C6002C">
        <w:rPr>
          <w:b/>
          <w:sz w:val="16"/>
          <w:szCs w:val="16"/>
        </w:rPr>
        <w:t xml:space="preserve">Yanıltma: </w:t>
      </w:r>
      <w:r w:rsidRPr="00C6002C">
        <w:rPr>
          <w:sz w:val="16"/>
          <w:szCs w:val="16"/>
        </w:rPr>
        <w:t>Çalışmada yanıtma yöntemi kullanılıp kullanılmadığı açıklanır.</w:t>
      </w:r>
    </w:p>
    <w:p w14:paraId="626B72E6" w14:textId="77777777" w:rsidR="006B7696" w:rsidRPr="00C6002C" w:rsidRDefault="00000000">
      <w:pPr>
        <w:pStyle w:val="ListBullet"/>
        <w:spacing w:before="40" w:after="80"/>
        <w:rPr>
          <w:sz w:val="16"/>
          <w:szCs w:val="16"/>
        </w:rPr>
      </w:pPr>
      <w:r w:rsidRPr="00C6002C">
        <w:rPr>
          <w:b/>
          <w:sz w:val="16"/>
          <w:szCs w:val="16"/>
        </w:rPr>
        <w:t xml:space="preserve">Zarar Riski: </w:t>
      </w:r>
      <w:r w:rsidRPr="00C6002C">
        <w:rPr>
          <w:sz w:val="16"/>
          <w:szCs w:val="16"/>
        </w:rPr>
        <w:t>Katılımcılar veya araştırmacılar için oluşabilecek olası riskler ve bunların nasıl azaltılacağı yazılır.</w:t>
      </w:r>
    </w:p>
    <w:p w14:paraId="4F23D279" w14:textId="77777777" w:rsidR="006B7696" w:rsidRPr="00C6002C" w:rsidRDefault="00000000">
      <w:pPr>
        <w:pStyle w:val="ListBullet"/>
        <w:spacing w:before="40" w:after="80"/>
        <w:rPr>
          <w:sz w:val="16"/>
          <w:szCs w:val="16"/>
        </w:rPr>
      </w:pPr>
      <w:r w:rsidRPr="00C6002C">
        <w:rPr>
          <w:b/>
          <w:sz w:val="16"/>
          <w:szCs w:val="16"/>
        </w:rPr>
        <w:t xml:space="preserve">Bilgilendirme: </w:t>
      </w:r>
      <w:r w:rsidRPr="00C6002C">
        <w:rPr>
          <w:sz w:val="16"/>
          <w:szCs w:val="16"/>
        </w:rPr>
        <w:t>Araştırma sonunda katılımcıların nasıl bilgilendirileceği açıklanır.</w:t>
      </w:r>
    </w:p>
    <w:p w14:paraId="2C4E3B88" w14:textId="77777777" w:rsidR="006B7696" w:rsidRPr="00C6002C" w:rsidRDefault="00000000">
      <w:pPr>
        <w:keepNext/>
        <w:spacing w:before="240" w:after="80"/>
        <w:rPr>
          <w:sz w:val="16"/>
          <w:szCs w:val="16"/>
        </w:rPr>
      </w:pPr>
      <w:r w:rsidRPr="00C6002C">
        <w:rPr>
          <w:b/>
          <w:color w:val="2C3E50"/>
          <w:sz w:val="16"/>
          <w:szCs w:val="16"/>
        </w:rPr>
        <w:t>E. Proje Yönetimi ve Ek Dokümanlar</w:t>
      </w:r>
    </w:p>
    <w:p w14:paraId="504EA680" w14:textId="77777777" w:rsidR="006B7696" w:rsidRPr="00C6002C" w:rsidRDefault="00000000">
      <w:pPr>
        <w:pStyle w:val="ListBullet"/>
        <w:spacing w:before="40" w:after="80"/>
        <w:rPr>
          <w:sz w:val="16"/>
          <w:szCs w:val="16"/>
        </w:rPr>
      </w:pPr>
      <w:r w:rsidRPr="00C6002C">
        <w:rPr>
          <w:b/>
          <w:sz w:val="16"/>
          <w:szCs w:val="16"/>
        </w:rPr>
        <w:t xml:space="preserve">Finansman Kaynağı: </w:t>
      </w:r>
      <w:r w:rsidRPr="00C6002C">
        <w:rPr>
          <w:sz w:val="16"/>
          <w:szCs w:val="16"/>
        </w:rPr>
        <w:t>Araştırmanın organizasyonu ve finansman desteği (Örn: ÖZÜ, TÜBİTAK, Kendi İmkânlarıyla) belirtilir.</w:t>
      </w:r>
    </w:p>
    <w:p w14:paraId="74564B06" w14:textId="77777777" w:rsidR="006B7696" w:rsidRPr="00C6002C" w:rsidRDefault="00000000">
      <w:pPr>
        <w:pStyle w:val="ListBullet"/>
        <w:spacing w:before="40" w:after="80"/>
        <w:rPr>
          <w:sz w:val="16"/>
          <w:szCs w:val="16"/>
        </w:rPr>
      </w:pPr>
      <w:r w:rsidRPr="00C6002C">
        <w:rPr>
          <w:b/>
          <w:sz w:val="16"/>
          <w:szCs w:val="16"/>
        </w:rPr>
        <w:t xml:space="preserve">Ek Belgeler &amp; Onam Formu: </w:t>
      </w:r>
      <w:r w:rsidRPr="00C6002C">
        <w:rPr>
          <w:sz w:val="16"/>
          <w:szCs w:val="16"/>
        </w:rPr>
        <w:t>Gerekli ek belgeler ve Aydınlatılmış Onam Formları sisteme yüklenir.</w:t>
      </w:r>
    </w:p>
    <w:p w14:paraId="2D890CCF" w14:textId="77777777" w:rsidR="006B7696" w:rsidRPr="00C6002C" w:rsidRDefault="00000000">
      <w:pPr>
        <w:pStyle w:val="ListBullet"/>
        <w:spacing w:before="40" w:after="80"/>
        <w:rPr>
          <w:sz w:val="16"/>
          <w:szCs w:val="16"/>
        </w:rPr>
      </w:pPr>
      <w:r w:rsidRPr="00C6002C">
        <w:rPr>
          <w:b/>
          <w:sz w:val="16"/>
          <w:szCs w:val="16"/>
        </w:rPr>
        <w:t xml:space="preserve">Beyan ve Onay: </w:t>
      </w:r>
      <w:r w:rsidRPr="00C6002C">
        <w:rPr>
          <w:sz w:val="16"/>
          <w:szCs w:val="16"/>
        </w:rPr>
        <w:t>Etik ilkelere uyulacağına dair beyan kutucuğu işaretlenir, Fakülte/Enstitü, Telefon ve Tarih bilgileri doldurulur.</w:t>
      </w:r>
    </w:p>
    <w:p w14:paraId="7DBD1CC4" w14:textId="77777777" w:rsidR="006B7696" w:rsidRPr="00C6002C" w:rsidRDefault="00000000">
      <w:pPr>
        <w:keepNext/>
        <w:spacing w:before="240" w:after="80"/>
        <w:rPr>
          <w:sz w:val="16"/>
          <w:szCs w:val="16"/>
        </w:rPr>
      </w:pPr>
      <w:r w:rsidRPr="00C6002C">
        <w:rPr>
          <w:b/>
          <w:color w:val="2C3E50"/>
          <w:sz w:val="16"/>
          <w:szCs w:val="16"/>
        </w:rPr>
        <w:t>Kabul Edilen Dosya Formatları ve Limitler</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3120"/>
        <w:gridCol w:w="3120"/>
        <w:gridCol w:w="3120"/>
      </w:tblGrid>
      <w:tr w:rsidR="006B7696" w:rsidRPr="00C6002C" w14:paraId="278B7AB8" w14:textId="77777777">
        <w:trPr>
          <w:jc w:val="center"/>
        </w:trPr>
        <w:tc>
          <w:tcPr>
            <w:tcW w:w="3120" w:type="dxa"/>
            <w:shd w:val="clear" w:color="auto" w:fill="800020"/>
            <w:tcMar>
              <w:top w:w="100" w:type="dxa"/>
              <w:left w:w="150" w:type="dxa"/>
              <w:bottom w:w="100" w:type="dxa"/>
              <w:right w:w="150" w:type="dxa"/>
            </w:tcMar>
          </w:tcPr>
          <w:p w14:paraId="5B05748D" w14:textId="77777777" w:rsidR="006B7696" w:rsidRPr="00C6002C" w:rsidRDefault="00000000">
            <w:pPr>
              <w:rPr>
                <w:sz w:val="16"/>
                <w:szCs w:val="16"/>
              </w:rPr>
            </w:pPr>
            <w:r w:rsidRPr="00C6002C">
              <w:rPr>
                <w:b/>
                <w:color w:val="FFFFFF"/>
                <w:sz w:val="16"/>
                <w:szCs w:val="16"/>
              </w:rPr>
              <w:t>Dosya Türü</w:t>
            </w:r>
          </w:p>
        </w:tc>
        <w:tc>
          <w:tcPr>
            <w:tcW w:w="3120" w:type="dxa"/>
            <w:shd w:val="clear" w:color="auto" w:fill="800020"/>
            <w:tcMar>
              <w:top w:w="100" w:type="dxa"/>
              <w:left w:w="150" w:type="dxa"/>
              <w:bottom w:w="100" w:type="dxa"/>
              <w:right w:w="150" w:type="dxa"/>
            </w:tcMar>
          </w:tcPr>
          <w:p w14:paraId="7B552E0B" w14:textId="77777777" w:rsidR="006B7696" w:rsidRPr="00C6002C" w:rsidRDefault="00000000">
            <w:pPr>
              <w:rPr>
                <w:sz w:val="16"/>
                <w:szCs w:val="16"/>
              </w:rPr>
            </w:pPr>
            <w:r w:rsidRPr="00C6002C">
              <w:rPr>
                <w:b/>
                <w:color w:val="FFFFFF"/>
                <w:sz w:val="16"/>
                <w:szCs w:val="16"/>
              </w:rPr>
              <w:t>Desteklenen Formatlar</w:t>
            </w:r>
          </w:p>
        </w:tc>
        <w:tc>
          <w:tcPr>
            <w:tcW w:w="3120" w:type="dxa"/>
            <w:shd w:val="clear" w:color="auto" w:fill="800020"/>
            <w:tcMar>
              <w:top w:w="100" w:type="dxa"/>
              <w:left w:w="150" w:type="dxa"/>
              <w:bottom w:w="100" w:type="dxa"/>
              <w:right w:w="150" w:type="dxa"/>
            </w:tcMar>
          </w:tcPr>
          <w:p w14:paraId="0DD4609F" w14:textId="77777777" w:rsidR="006B7696" w:rsidRPr="00C6002C" w:rsidRDefault="00000000">
            <w:pPr>
              <w:rPr>
                <w:sz w:val="16"/>
                <w:szCs w:val="16"/>
              </w:rPr>
            </w:pPr>
            <w:r w:rsidRPr="00C6002C">
              <w:rPr>
                <w:b/>
                <w:color w:val="FFFFFF"/>
                <w:sz w:val="16"/>
                <w:szCs w:val="16"/>
              </w:rPr>
              <w:t>Maksimum Limit</w:t>
            </w:r>
          </w:p>
        </w:tc>
      </w:tr>
      <w:tr w:rsidR="006B7696" w:rsidRPr="00C6002C" w14:paraId="7927DE6F" w14:textId="77777777">
        <w:trPr>
          <w:jc w:val="center"/>
        </w:trPr>
        <w:tc>
          <w:tcPr>
            <w:tcW w:w="3120" w:type="dxa"/>
            <w:shd w:val="clear" w:color="auto" w:fill="F8F9FA"/>
            <w:tcMar>
              <w:top w:w="80" w:type="dxa"/>
              <w:left w:w="150" w:type="dxa"/>
              <w:bottom w:w="80" w:type="dxa"/>
              <w:right w:w="150" w:type="dxa"/>
            </w:tcMar>
          </w:tcPr>
          <w:p w14:paraId="2CEFBF35" w14:textId="77777777" w:rsidR="006B7696" w:rsidRPr="00C6002C" w:rsidRDefault="00000000">
            <w:pPr>
              <w:rPr>
                <w:sz w:val="16"/>
                <w:szCs w:val="16"/>
              </w:rPr>
            </w:pPr>
            <w:r w:rsidRPr="00C6002C">
              <w:rPr>
                <w:sz w:val="16"/>
                <w:szCs w:val="16"/>
              </w:rPr>
              <w:lastRenderedPageBreak/>
              <w:t>Belge &amp; Metin</w:t>
            </w:r>
          </w:p>
        </w:tc>
        <w:tc>
          <w:tcPr>
            <w:tcW w:w="3120" w:type="dxa"/>
            <w:shd w:val="clear" w:color="auto" w:fill="F8F9FA"/>
            <w:tcMar>
              <w:top w:w="80" w:type="dxa"/>
              <w:left w:w="150" w:type="dxa"/>
              <w:bottom w:w="80" w:type="dxa"/>
              <w:right w:w="150" w:type="dxa"/>
            </w:tcMar>
          </w:tcPr>
          <w:p w14:paraId="04873058" w14:textId="77777777" w:rsidR="006B7696" w:rsidRPr="00C6002C" w:rsidRDefault="00000000">
            <w:pPr>
              <w:rPr>
                <w:sz w:val="16"/>
                <w:szCs w:val="16"/>
              </w:rPr>
            </w:pPr>
            <w:r w:rsidRPr="00C6002C">
              <w:rPr>
                <w:sz w:val="16"/>
                <w:szCs w:val="16"/>
              </w:rPr>
              <w:t>Word (.doc, .docx), PDF, Metin (.txt)</w:t>
            </w:r>
          </w:p>
        </w:tc>
        <w:tc>
          <w:tcPr>
            <w:tcW w:w="3120" w:type="dxa"/>
            <w:shd w:val="clear" w:color="auto" w:fill="F8F9FA"/>
            <w:tcMar>
              <w:top w:w="80" w:type="dxa"/>
              <w:left w:w="150" w:type="dxa"/>
              <w:bottom w:w="80" w:type="dxa"/>
              <w:right w:w="150" w:type="dxa"/>
            </w:tcMar>
          </w:tcPr>
          <w:p w14:paraId="51565C83" w14:textId="77777777" w:rsidR="006B7696" w:rsidRPr="00C6002C" w:rsidRDefault="00000000">
            <w:pPr>
              <w:rPr>
                <w:sz w:val="16"/>
                <w:szCs w:val="16"/>
              </w:rPr>
            </w:pPr>
            <w:r w:rsidRPr="00C6002C">
              <w:rPr>
                <w:sz w:val="16"/>
                <w:szCs w:val="16"/>
              </w:rPr>
              <w:t>10 MB / Dosya</w:t>
            </w:r>
          </w:p>
        </w:tc>
      </w:tr>
      <w:tr w:rsidR="006B7696" w:rsidRPr="00C6002C" w14:paraId="1D43E92D" w14:textId="77777777">
        <w:trPr>
          <w:jc w:val="center"/>
        </w:trPr>
        <w:tc>
          <w:tcPr>
            <w:tcW w:w="3120" w:type="dxa"/>
            <w:shd w:val="clear" w:color="auto" w:fill="F8F9FA"/>
            <w:tcMar>
              <w:top w:w="80" w:type="dxa"/>
              <w:left w:w="150" w:type="dxa"/>
              <w:bottom w:w="80" w:type="dxa"/>
              <w:right w:w="150" w:type="dxa"/>
            </w:tcMar>
          </w:tcPr>
          <w:p w14:paraId="26AF417A" w14:textId="77777777" w:rsidR="006B7696" w:rsidRPr="00C6002C" w:rsidRDefault="00000000">
            <w:pPr>
              <w:rPr>
                <w:sz w:val="16"/>
                <w:szCs w:val="16"/>
              </w:rPr>
            </w:pPr>
            <w:proofErr w:type="spellStart"/>
            <w:r w:rsidRPr="00C6002C">
              <w:rPr>
                <w:sz w:val="16"/>
                <w:szCs w:val="16"/>
              </w:rPr>
              <w:t>Görsel</w:t>
            </w:r>
            <w:proofErr w:type="spellEnd"/>
            <w:r w:rsidRPr="00C6002C">
              <w:rPr>
                <w:sz w:val="16"/>
                <w:szCs w:val="16"/>
              </w:rPr>
              <w:t xml:space="preserve"> </w:t>
            </w:r>
            <w:proofErr w:type="spellStart"/>
            <w:r w:rsidRPr="00C6002C">
              <w:rPr>
                <w:sz w:val="16"/>
                <w:szCs w:val="16"/>
              </w:rPr>
              <w:t>Belgeler</w:t>
            </w:r>
            <w:proofErr w:type="spellEnd"/>
          </w:p>
        </w:tc>
        <w:tc>
          <w:tcPr>
            <w:tcW w:w="3120" w:type="dxa"/>
            <w:shd w:val="clear" w:color="auto" w:fill="F8F9FA"/>
            <w:tcMar>
              <w:top w:w="80" w:type="dxa"/>
              <w:left w:w="150" w:type="dxa"/>
              <w:bottom w:w="80" w:type="dxa"/>
              <w:right w:w="150" w:type="dxa"/>
            </w:tcMar>
          </w:tcPr>
          <w:p w14:paraId="2C6F9E31" w14:textId="77777777" w:rsidR="006B7696" w:rsidRPr="00C6002C" w:rsidRDefault="00000000">
            <w:pPr>
              <w:rPr>
                <w:sz w:val="16"/>
                <w:szCs w:val="16"/>
              </w:rPr>
            </w:pPr>
            <w:r w:rsidRPr="00C6002C">
              <w:rPr>
                <w:sz w:val="16"/>
                <w:szCs w:val="16"/>
              </w:rPr>
              <w:t>Görsel (.png, .jpg, .jpeg)</w:t>
            </w:r>
          </w:p>
        </w:tc>
        <w:tc>
          <w:tcPr>
            <w:tcW w:w="3120" w:type="dxa"/>
            <w:shd w:val="clear" w:color="auto" w:fill="F8F9FA"/>
            <w:tcMar>
              <w:top w:w="80" w:type="dxa"/>
              <w:left w:w="150" w:type="dxa"/>
              <w:bottom w:w="80" w:type="dxa"/>
              <w:right w:w="150" w:type="dxa"/>
            </w:tcMar>
          </w:tcPr>
          <w:p w14:paraId="51149278" w14:textId="77777777" w:rsidR="006B7696" w:rsidRPr="00C6002C" w:rsidRDefault="00000000">
            <w:pPr>
              <w:rPr>
                <w:sz w:val="16"/>
                <w:szCs w:val="16"/>
              </w:rPr>
            </w:pPr>
            <w:r w:rsidRPr="00C6002C">
              <w:rPr>
                <w:sz w:val="16"/>
                <w:szCs w:val="16"/>
              </w:rPr>
              <w:t>10 MB / Dosya</w:t>
            </w:r>
          </w:p>
        </w:tc>
      </w:tr>
      <w:tr w:rsidR="006B7696" w:rsidRPr="00C6002C" w14:paraId="3EB0BF4A" w14:textId="77777777">
        <w:trPr>
          <w:jc w:val="center"/>
        </w:trPr>
        <w:tc>
          <w:tcPr>
            <w:tcW w:w="3120" w:type="dxa"/>
            <w:shd w:val="clear" w:color="auto" w:fill="FFFFFF"/>
            <w:tcMar>
              <w:top w:w="80" w:type="dxa"/>
              <w:left w:w="150" w:type="dxa"/>
              <w:bottom w:w="80" w:type="dxa"/>
              <w:right w:w="150" w:type="dxa"/>
            </w:tcMar>
          </w:tcPr>
          <w:p w14:paraId="5155262F" w14:textId="77777777" w:rsidR="006B7696" w:rsidRPr="00C6002C" w:rsidRDefault="00000000">
            <w:pPr>
              <w:rPr>
                <w:sz w:val="16"/>
                <w:szCs w:val="16"/>
              </w:rPr>
            </w:pPr>
            <w:r w:rsidRPr="00C6002C">
              <w:rPr>
                <w:sz w:val="16"/>
                <w:szCs w:val="16"/>
              </w:rPr>
              <w:t>Toplam Adet</w:t>
            </w:r>
          </w:p>
        </w:tc>
        <w:tc>
          <w:tcPr>
            <w:tcW w:w="3120" w:type="dxa"/>
            <w:shd w:val="clear" w:color="auto" w:fill="FFFFFF"/>
            <w:tcMar>
              <w:top w:w="80" w:type="dxa"/>
              <w:left w:w="150" w:type="dxa"/>
              <w:bottom w:w="80" w:type="dxa"/>
              <w:right w:w="150" w:type="dxa"/>
            </w:tcMar>
          </w:tcPr>
          <w:p w14:paraId="4AA6B3D0" w14:textId="77777777" w:rsidR="006B7696" w:rsidRPr="00C6002C" w:rsidRDefault="00000000">
            <w:pPr>
              <w:rPr>
                <w:sz w:val="16"/>
                <w:szCs w:val="16"/>
              </w:rPr>
            </w:pPr>
            <w:r w:rsidRPr="00C6002C">
              <w:rPr>
                <w:sz w:val="16"/>
                <w:szCs w:val="16"/>
              </w:rPr>
              <w:t>Tüm Alanlar İçin</w:t>
            </w:r>
          </w:p>
        </w:tc>
        <w:tc>
          <w:tcPr>
            <w:tcW w:w="3120" w:type="dxa"/>
            <w:shd w:val="clear" w:color="auto" w:fill="FFFFFF"/>
            <w:tcMar>
              <w:top w:w="80" w:type="dxa"/>
              <w:left w:w="150" w:type="dxa"/>
              <w:bottom w:w="80" w:type="dxa"/>
              <w:right w:w="150" w:type="dxa"/>
            </w:tcMar>
          </w:tcPr>
          <w:p w14:paraId="784D0B20" w14:textId="77777777" w:rsidR="006B7696" w:rsidRPr="00C6002C" w:rsidRDefault="00000000">
            <w:pPr>
              <w:rPr>
                <w:sz w:val="16"/>
                <w:szCs w:val="16"/>
              </w:rPr>
            </w:pPr>
            <w:r w:rsidRPr="00C6002C">
              <w:rPr>
                <w:sz w:val="16"/>
                <w:szCs w:val="16"/>
              </w:rPr>
              <w:t>En Fazla 10 Dosya</w:t>
            </w:r>
          </w:p>
        </w:tc>
      </w:tr>
    </w:tbl>
    <w:p w14:paraId="1DA74CAE" w14:textId="77777777" w:rsidR="006B7696" w:rsidRPr="00C6002C" w:rsidRDefault="006B7696">
      <w:pPr>
        <w:spacing w:before="120"/>
        <w:rPr>
          <w:sz w:val="16"/>
          <w:szCs w:val="16"/>
        </w:rPr>
      </w:pPr>
    </w:p>
    <w:p w14:paraId="36357E09" w14:textId="77777777" w:rsidR="006B7696" w:rsidRPr="00C6002C" w:rsidRDefault="00000000">
      <w:pPr>
        <w:keepNext/>
        <w:spacing w:before="240" w:after="80"/>
        <w:rPr>
          <w:sz w:val="16"/>
          <w:szCs w:val="16"/>
        </w:rPr>
      </w:pPr>
      <w:r w:rsidRPr="00C6002C">
        <w:rPr>
          <w:b/>
          <w:color w:val="2C3E50"/>
          <w:sz w:val="16"/>
          <w:szCs w:val="16"/>
        </w:rPr>
        <w:t>Form İşlem Butonları</w:t>
      </w:r>
    </w:p>
    <w:p w14:paraId="3D30FC68" w14:textId="77777777" w:rsidR="006B7696" w:rsidRPr="00C6002C" w:rsidRDefault="00000000">
      <w:pPr>
        <w:pStyle w:val="ListBullet"/>
        <w:spacing w:before="40" w:after="80"/>
        <w:rPr>
          <w:sz w:val="16"/>
          <w:szCs w:val="16"/>
        </w:rPr>
      </w:pPr>
      <w:r w:rsidRPr="00C6002C">
        <w:rPr>
          <w:b/>
          <w:sz w:val="16"/>
          <w:szCs w:val="16"/>
        </w:rPr>
        <w:t xml:space="preserve">İptal: </w:t>
      </w:r>
      <w:r w:rsidRPr="00C6002C">
        <w:rPr>
          <w:sz w:val="16"/>
          <w:szCs w:val="16"/>
        </w:rPr>
        <w:t>Değişiklikleri kaydetmeden formdan çıkış sağlar.</w:t>
      </w:r>
    </w:p>
    <w:p w14:paraId="1B4FF328" w14:textId="77777777" w:rsidR="006B7696" w:rsidRPr="00C6002C" w:rsidRDefault="00000000">
      <w:pPr>
        <w:pStyle w:val="ListBullet"/>
        <w:spacing w:before="40" w:after="80"/>
        <w:rPr>
          <w:sz w:val="16"/>
          <w:szCs w:val="16"/>
        </w:rPr>
      </w:pPr>
      <w:r w:rsidRPr="00C6002C">
        <w:rPr>
          <w:b/>
          <w:sz w:val="16"/>
          <w:szCs w:val="16"/>
        </w:rPr>
        <w:t xml:space="preserve">Taslağa Kaydet: </w:t>
      </w:r>
      <w:r w:rsidRPr="00C6002C">
        <w:rPr>
          <w:sz w:val="16"/>
          <w:szCs w:val="16"/>
        </w:rPr>
        <w:t>Girilen bilgileri kaydederek başvuruya daha sonra devam etme imkânı verir.</w:t>
      </w:r>
    </w:p>
    <w:p w14:paraId="6530030C" w14:textId="77777777" w:rsidR="006B7696" w:rsidRPr="00C6002C" w:rsidRDefault="00000000">
      <w:pPr>
        <w:pStyle w:val="ListBullet"/>
        <w:spacing w:before="40" w:after="80"/>
        <w:rPr>
          <w:sz w:val="16"/>
          <w:szCs w:val="16"/>
        </w:rPr>
      </w:pPr>
      <w:r w:rsidRPr="00C6002C">
        <w:rPr>
          <w:b/>
          <w:sz w:val="16"/>
          <w:szCs w:val="16"/>
        </w:rPr>
        <w:t xml:space="preserve">Başvuruyu Gönder: </w:t>
      </w:r>
      <w:r w:rsidRPr="00C6002C">
        <w:rPr>
          <w:sz w:val="16"/>
          <w:szCs w:val="16"/>
        </w:rPr>
        <w:t>Tamamlanan formu değerlendirilmek üzere onay akışına (Danışman veya Etik Kurul) iletir.</w:t>
      </w:r>
    </w:p>
    <w:p w14:paraId="7DF1C211" w14:textId="77777777" w:rsidR="006B7696" w:rsidRPr="00C6002C" w:rsidRDefault="00000000">
      <w:pPr>
        <w:keepNext/>
        <w:spacing w:before="360" w:after="160"/>
        <w:rPr>
          <w:sz w:val="16"/>
          <w:szCs w:val="16"/>
        </w:rPr>
      </w:pPr>
      <w:r w:rsidRPr="00C6002C">
        <w:rPr>
          <w:b/>
          <w:color w:val="800020"/>
          <w:sz w:val="16"/>
          <w:szCs w:val="16"/>
        </w:rPr>
        <w:t>4. Taleplerim (Başvuru Takibi)</w:t>
      </w:r>
    </w:p>
    <w:p w14:paraId="3EAEF6CB" w14:textId="77777777" w:rsidR="006B7696" w:rsidRPr="00C6002C" w:rsidRDefault="00000000">
      <w:pPr>
        <w:spacing w:after="120"/>
        <w:rPr>
          <w:sz w:val="16"/>
          <w:szCs w:val="16"/>
        </w:rPr>
      </w:pPr>
      <w:r w:rsidRPr="00C6002C">
        <w:rPr>
          <w:sz w:val="16"/>
          <w:szCs w:val="16"/>
        </w:rPr>
        <w:t>Gönderilmiş olan tüm başvuruların durumlarının anlık olarak takip edildiği, filtrelendiği ve incelendiği yönetim ekranıdır.</w:t>
      </w:r>
    </w:p>
    <w:p w14:paraId="593EA3E2" w14:textId="77777777" w:rsidR="006B7696" w:rsidRPr="00C6002C" w:rsidRDefault="00000000">
      <w:pPr>
        <w:pStyle w:val="ListBullet"/>
        <w:spacing w:before="40" w:after="80"/>
        <w:rPr>
          <w:sz w:val="16"/>
          <w:szCs w:val="16"/>
        </w:rPr>
      </w:pPr>
      <w:r w:rsidRPr="00C6002C">
        <w:rPr>
          <w:b/>
          <w:sz w:val="16"/>
          <w:szCs w:val="16"/>
        </w:rPr>
        <w:t xml:space="preserve">Tab Seçenekleri: </w:t>
      </w:r>
      <w:r w:rsidRPr="00C6002C">
        <w:rPr>
          <w:sz w:val="16"/>
          <w:szCs w:val="16"/>
        </w:rPr>
        <w:t>Başvurular durumlarına göre filtrelenebilir: Revizyon Bekliyor, Devam Eden, Tamamlanan ve Tümü.</w:t>
      </w:r>
    </w:p>
    <w:p w14:paraId="532202A5" w14:textId="77777777" w:rsidR="006B7696" w:rsidRPr="00C6002C" w:rsidRDefault="00000000">
      <w:pPr>
        <w:pStyle w:val="ListBullet"/>
        <w:spacing w:before="40" w:after="80"/>
        <w:rPr>
          <w:sz w:val="16"/>
          <w:szCs w:val="16"/>
        </w:rPr>
      </w:pPr>
      <w:r w:rsidRPr="00C6002C">
        <w:rPr>
          <w:b/>
          <w:sz w:val="16"/>
          <w:szCs w:val="16"/>
        </w:rPr>
        <w:t xml:space="preserve">Arama ve Filtreleme: </w:t>
      </w:r>
      <w:r w:rsidRPr="00C6002C">
        <w:rPr>
          <w:sz w:val="16"/>
          <w:szCs w:val="16"/>
        </w:rPr>
        <w:t>Başvuru ID, Proje Başlığı, Durum, Başvuru Tarihi ve Son Değişiklik Tarihi alanlarına göre dinamik arama yapılabilir.</w:t>
      </w:r>
    </w:p>
    <w:p w14:paraId="5ACC6335" w14:textId="77777777" w:rsidR="006B7696" w:rsidRPr="00C6002C" w:rsidRDefault="00000000">
      <w:pPr>
        <w:pStyle w:val="ListBullet"/>
        <w:spacing w:before="40" w:after="80"/>
        <w:rPr>
          <w:sz w:val="16"/>
          <w:szCs w:val="16"/>
        </w:rPr>
      </w:pPr>
      <w:r w:rsidRPr="00C6002C">
        <w:rPr>
          <w:b/>
          <w:sz w:val="16"/>
          <w:szCs w:val="16"/>
        </w:rPr>
        <w:t xml:space="preserve">PDF Dışa Aktar: </w:t>
      </w:r>
      <w:r w:rsidRPr="00C6002C">
        <w:rPr>
          <w:sz w:val="16"/>
          <w:szCs w:val="16"/>
        </w:rPr>
        <w:t xml:space="preserve">İlgili başvurunun özetini ve form </w:t>
      </w:r>
      <w:proofErr w:type="spellStart"/>
      <w:r w:rsidRPr="00C6002C">
        <w:rPr>
          <w:sz w:val="16"/>
          <w:szCs w:val="16"/>
        </w:rPr>
        <w:t>içeriğini</w:t>
      </w:r>
      <w:proofErr w:type="spellEnd"/>
      <w:r w:rsidRPr="00C6002C">
        <w:rPr>
          <w:sz w:val="16"/>
          <w:szCs w:val="16"/>
        </w:rPr>
        <w:t xml:space="preserve"> PDF </w:t>
      </w:r>
      <w:proofErr w:type="spellStart"/>
      <w:r w:rsidRPr="00C6002C">
        <w:rPr>
          <w:sz w:val="16"/>
          <w:szCs w:val="16"/>
        </w:rPr>
        <w:t>formatında</w:t>
      </w:r>
      <w:proofErr w:type="spellEnd"/>
      <w:r w:rsidRPr="00C6002C">
        <w:rPr>
          <w:sz w:val="16"/>
          <w:szCs w:val="16"/>
        </w:rPr>
        <w:t xml:space="preserve"> </w:t>
      </w:r>
      <w:proofErr w:type="spellStart"/>
      <w:r w:rsidRPr="00C6002C">
        <w:rPr>
          <w:sz w:val="16"/>
          <w:szCs w:val="16"/>
        </w:rPr>
        <w:t>bilgisayarınıza</w:t>
      </w:r>
      <w:proofErr w:type="spellEnd"/>
      <w:r w:rsidRPr="00C6002C">
        <w:rPr>
          <w:sz w:val="16"/>
          <w:szCs w:val="16"/>
        </w:rPr>
        <w:t xml:space="preserve"> </w:t>
      </w:r>
      <w:proofErr w:type="spellStart"/>
      <w:r w:rsidRPr="00C6002C">
        <w:rPr>
          <w:sz w:val="16"/>
          <w:szCs w:val="16"/>
        </w:rPr>
        <w:t>indirme</w:t>
      </w:r>
      <w:proofErr w:type="spellEnd"/>
      <w:r w:rsidRPr="00C6002C">
        <w:rPr>
          <w:sz w:val="16"/>
          <w:szCs w:val="16"/>
        </w:rPr>
        <w:t xml:space="preserve"> </w:t>
      </w:r>
      <w:proofErr w:type="spellStart"/>
      <w:r w:rsidRPr="00C6002C">
        <w:rPr>
          <w:sz w:val="16"/>
          <w:szCs w:val="16"/>
        </w:rPr>
        <w:t>olanağı</w:t>
      </w:r>
      <w:proofErr w:type="spellEnd"/>
      <w:r w:rsidRPr="00C6002C">
        <w:rPr>
          <w:sz w:val="16"/>
          <w:szCs w:val="16"/>
        </w:rPr>
        <w:t xml:space="preserve"> </w:t>
      </w:r>
      <w:proofErr w:type="spellStart"/>
      <w:r w:rsidRPr="00C6002C">
        <w:rPr>
          <w:sz w:val="16"/>
          <w:szCs w:val="16"/>
        </w:rPr>
        <w:t>sunar</w:t>
      </w:r>
      <w:proofErr w:type="spellEnd"/>
      <w:r w:rsidRPr="00C6002C">
        <w:rPr>
          <w:sz w:val="16"/>
          <w:szCs w:val="16"/>
        </w:rPr>
        <w:t>.</w:t>
      </w:r>
    </w:p>
    <w:p w14:paraId="3273BFBB" w14:textId="6B65641D" w:rsidR="00C6002C" w:rsidRPr="00C6002C" w:rsidRDefault="00C6002C" w:rsidP="00C6002C">
      <w:pPr>
        <w:pStyle w:val="ListBullet"/>
        <w:numPr>
          <w:ilvl w:val="0"/>
          <w:numId w:val="0"/>
        </w:numPr>
        <w:spacing w:before="40" w:after="80"/>
        <w:ind w:left="360"/>
        <w:jc w:val="center"/>
        <w:rPr>
          <w:sz w:val="16"/>
          <w:szCs w:val="16"/>
        </w:rPr>
      </w:pPr>
      <w:r w:rsidRPr="00C6002C">
        <w:rPr>
          <w:noProof/>
          <w:sz w:val="16"/>
          <w:szCs w:val="16"/>
        </w:rPr>
        <w:drawing>
          <wp:inline distT="0" distB="0" distL="0" distR="0" wp14:anchorId="2BBEAE03" wp14:editId="6A130A13">
            <wp:extent cx="4618875" cy="1328420"/>
            <wp:effectExtent l="0" t="0" r="0" b="5080"/>
            <wp:docPr id="1236158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58182" name=""/>
                    <pic:cNvPicPr/>
                  </pic:nvPicPr>
                  <pic:blipFill>
                    <a:blip r:embed="rId10"/>
                    <a:stretch>
                      <a:fillRect/>
                    </a:stretch>
                  </pic:blipFill>
                  <pic:spPr>
                    <a:xfrm>
                      <a:off x="0" y="0"/>
                      <a:ext cx="4625721" cy="1330389"/>
                    </a:xfrm>
                    <a:prstGeom prst="rect">
                      <a:avLst/>
                    </a:prstGeom>
                  </pic:spPr>
                </pic:pic>
              </a:graphicData>
            </a:graphic>
          </wp:inline>
        </w:drawing>
      </w:r>
    </w:p>
    <w:p w14:paraId="6E06DE57" w14:textId="77777777" w:rsidR="006B7696" w:rsidRPr="00C6002C" w:rsidRDefault="00000000">
      <w:pPr>
        <w:keepNext/>
        <w:spacing w:before="360" w:after="160"/>
        <w:rPr>
          <w:sz w:val="16"/>
          <w:szCs w:val="16"/>
        </w:rPr>
      </w:pPr>
      <w:r w:rsidRPr="00C6002C">
        <w:rPr>
          <w:b/>
          <w:color w:val="800020"/>
          <w:sz w:val="16"/>
          <w:szCs w:val="16"/>
        </w:rPr>
        <w:t>5. Revizyon Geçmişi ve Değerlendirme Yorumları</w:t>
      </w:r>
    </w:p>
    <w:p w14:paraId="188C93A3" w14:textId="77777777" w:rsidR="006B7696" w:rsidRPr="00C6002C" w:rsidRDefault="00000000">
      <w:pPr>
        <w:spacing w:after="120"/>
        <w:rPr>
          <w:sz w:val="16"/>
          <w:szCs w:val="16"/>
        </w:rPr>
      </w:pPr>
      <w:r w:rsidRPr="00C6002C">
        <w:rPr>
          <w:sz w:val="16"/>
          <w:szCs w:val="16"/>
        </w:rPr>
        <w:t>Başvurunuz için Danışman veya Etik Kurul tarafından düzeltme (revizyon) talep edildiğinde, başvuru detay ekranında 'Revizyon Geçmişi' blokları aktif hale gelir. Bu alanlar, başvurunun hangi aşamasında ne tür geri bildirimler alındığını şeffaf bir şekilde izlemenizi sağlar:</w:t>
      </w:r>
    </w:p>
    <w:p w14:paraId="64089A92" w14:textId="77777777" w:rsidR="006B7696" w:rsidRPr="00C6002C" w:rsidRDefault="00000000">
      <w:pPr>
        <w:pStyle w:val="ListBullet"/>
        <w:spacing w:before="40" w:after="80"/>
        <w:rPr>
          <w:sz w:val="16"/>
          <w:szCs w:val="16"/>
        </w:rPr>
      </w:pPr>
      <w:r w:rsidRPr="00C6002C">
        <w:rPr>
          <w:b/>
          <w:sz w:val="16"/>
          <w:szCs w:val="16"/>
        </w:rPr>
        <w:t xml:space="preserve">Etik Kurul Revizyon Geçmişi: </w:t>
      </w:r>
      <w:r w:rsidRPr="00C6002C">
        <w:rPr>
          <w:sz w:val="16"/>
          <w:szCs w:val="16"/>
        </w:rPr>
        <w:t>Etik Kurul üyeleri/değerlendiricileri tarafından yapılan geri bildirimleri ve revizyon taleplerini listeler. Her yorumun yanında ilgili madde numarası (Örn: 1. Proje Başlığı, 6. Yöntem) yer alır.</w:t>
      </w:r>
    </w:p>
    <w:p w14:paraId="391EC262" w14:textId="77777777" w:rsidR="006B7696" w:rsidRPr="00C6002C" w:rsidRDefault="00000000">
      <w:pPr>
        <w:pStyle w:val="ListBullet"/>
        <w:spacing w:before="40" w:after="80"/>
        <w:rPr>
          <w:sz w:val="16"/>
          <w:szCs w:val="16"/>
        </w:rPr>
      </w:pPr>
      <w:r w:rsidRPr="00C6002C">
        <w:rPr>
          <w:b/>
          <w:sz w:val="16"/>
          <w:szCs w:val="16"/>
        </w:rPr>
        <w:t xml:space="preserve">Danışman Revizyon Geçmişi: </w:t>
      </w:r>
      <w:r w:rsidRPr="00C6002C">
        <w:rPr>
          <w:sz w:val="16"/>
          <w:szCs w:val="16"/>
        </w:rPr>
        <w:t>Tez başvurularında tez danışmanının inceleme aşamasında eklediği not ve revizyon taleplerini gösterir (Örn: 14. Yanıltma, 16. Bilgilendirme).</w:t>
      </w:r>
    </w:p>
    <w:p w14:paraId="6C14004B" w14:textId="77777777" w:rsidR="006B7696" w:rsidRPr="00C6002C" w:rsidRDefault="00000000">
      <w:pPr>
        <w:pStyle w:val="ListBullet"/>
        <w:spacing w:before="40" w:after="80"/>
        <w:rPr>
          <w:sz w:val="16"/>
          <w:szCs w:val="16"/>
        </w:rPr>
      </w:pPr>
      <w:r w:rsidRPr="00C6002C">
        <w:rPr>
          <w:b/>
          <w:sz w:val="16"/>
          <w:szCs w:val="16"/>
        </w:rPr>
        <w:t xml:space="preserve">Tur ve Yorum İstatistikleri: </w:t>
      </w:r>
      <w:r w:rsidRPr="00C6002C">
        <w:rPr>
          <w:sz w:val="16"/>
          <w:szCs w:val="16"/>
        </w:rPr>
        <w:t>Başlığın yanında yer alan etiketler (Örn: 1 tur - 2 yorum), kaçıncı revizyon turunda bulunulduğunu ve toplam kaç adet yorum girildiğini gösterir.</w:t>
      </w:r>
    </w:p>
    <w:p w14:paraId="565C1D27" w14:textId="77777777" w:rsidR="006B7696" w:rsidRPr="00C6002C" w:rsidRDefault="00000000">
      <w:pPr>
        <w:pStyle w:val="ListBullet"/>
        <w:spacing w:before="40" w:after="80"/>
        <w:rPr>
          <w:sz w:val="16"/>
          <w:szCs w:val="16"/>
        </w:rPr>
      </w:pPr>
      <w:r w:rsidRPr="00C6002C">
        <w:rPr>
          <w:b/>
          <w:sz w:val="16"/>
          <w:szCs w:val="16"/>
        </w:rPr>
        <w:t xml:space="preserve">Maddeler İle Doğrudan Eşleşme: </w:t>
      </w:r>
      <w:r w:rsidRPr="00C6002C">
        <w:rPr>
          <w:sz w:val="16"/>
          <w:szCs w:val="16"/>
        </w:rPr>
        <w:t xml:space="preserve">Geri bildirimler, başvuru formundaki doğrudan ilgili başlık ve bölüm numaralarıyla eşleştirilerek listelenir. Bu sayede araştırmacı hangi </w:t>
      </w:r>
      <w:proofErr w:type="spellStart"/>
      <w:r w:rsidRPr="00C6002C">
        <w:rPr>
          <w:sz w:val="16"/>
          <w:szCs w:val="16"/>
        </w:rPr>
        <w:t>alanda</w:t>
      </w:r>
      <w:proofErr w:type="spellEnd"/>
      <w:r w:rsidRPr="00C6002C">
        <w:rPr>
          <w:sz w:val="16"/>
          <w:szCs w:val="16"/>
        </w:rPr>
        <w:t xml:space="preserve"> </w:t>
      </w:r>
      <w:proofErr w:type="spellStart"/>
      <w:r w:rsidRPr="00C6002C">
        <w:rPr>
          <w:sz w:val="16"/>
          <w:szCs w:val="16"/>
        </w:rPr>
        <w:t>düzeltme</w:t>
      </w:r>
      <w:proofErr w:type="spellEnd"/>
      <w:r w:rsidRPr="00C6002C">
        <w:rPr>
          <w:sz w:val="16"/>
          <w:szCs w:val="16"/>
        </w:rPr>
        <w:t xml:space="preserve"> </w:t>
      </w:r>
      <w:proofErr w:type="spellStart"/>
      <w:r w:rsidRPr="00C6002C">
        <w:rPr>
          <w:sz w:val="16"/>
          <w:szCs w:val="16"/>
        </w:rPr>
        <w:t>yapması</w:t>
      </w:r>
      <w:proofErr w:type="spellEnd"/>
      <w:r w:rsidRPr="00C6002C">
        <w:rPr>
          <w:sz w:val="16"/>
          <w:szCs w:val="16"/>
        </w:rPr>
        <w:t xml:space="preserve"> </w:t>
      </w:r>
      <w:proofErr w:type="spellStart"/>
      <w:r w:rsidRPr="00C6002C">
        <w:rPr>
          <w:sz w:val="16"/>
          <w:szCs w:val="16"/>
        </w:rPr>
        <w:t>gerektiğini</w:t>
      </w:r>
      <w:proofErr w:type="spellEnd"/>
      <w:r w:rsidRPr="00C6002C">
        <w:rPr>
          <w:sz w:val="16"/>
          <w:szCs w:val="16"/>
        </w:rPr>
        <w:t xml:space="preserve"> </w:t>
      </w:r>
      <w:proofErr w:type="spellStart"/>
      <w:r w:rsidRPr="00C6002C">
        <w:rPr>
          <w:sz w:val="16"/>
          <w:szCs w:val="16"/>
        </w:rPr>
        <w:t>kolayca</w:t>
      </w:r>
      <w:proofErr w:type="spellEnd"/>
      <w:r w:rsidRPr="00C6002C">
        <w:rPr>
          <w:sz w:val="16"/>
          <w:szCs w:val="16"/>
        </w:rPr>
        <w:t xml:space="preserve"> </w:t>
      </w:r>
      <w:proofErr w:type="spellStart"/>
      <w:r w:rsidRPr="00C6002C">
        <w:rPr>
          <w:sz w:val="16"/>
          <w:szCs w:val="16"/>
        </w:rPr>
        <w:t>tespit</w:t>
      </w:r>
      <w:proofErr w:type="spellEnd"/>
      <w:r w:rsidRPr="00C6002C">
        <w:rPr>
          <w:sz w:val="16"/>
          <w:szCs w:val="16"/>
        </w:rPr>
        <w:t xml:space="preserve"> </w:t>
      </w:r>
      <w:proofErr w:type="spellStart"/>
      <w:r w:rsidRPr="00C6002C">
        <w:rPr>
          <w:sz w:val="16"/>
          <w:szCs w:val="16"/>
        </w:rPr>
        <w:t>edebilir</w:t>
      </w:r>
      <w:proofErr w:type="spellEnd"/>
      <w:r w:rsidRPr="00C6002C">
        <w:rPr>
          <w:sz w:val="16"/>
          <w:szCs w:val="16"/>
        </w:rPr>
        <w:t>.</w:t>
      </w:r>
    </w:p>
    <w:p w14:paraId="63C380EE" w14:textId="5766043F" w:rsidR="00C6002C" w:rsidRPr="00C6002C" w:rsidRDefault="15593560" w:rsidP="00C6002C">
      <w:pPr>
        <w:pStyle w:val="ListBullet"/>
        <w:numPr>
          <w:ilvl w:val="0"/>
          <w:numId w:val="0"/>
        </w:numPr>
        <w:spacing w:before="40" w:after="80"/>
        <w:ind w:left="360"/>
        <w:jc w:val="center"/>
        <w:rPr>
          <w:sz w:val="16"/>
          <w:szCs w:val="16"/>
        </w:rPr>
      </w:pPr>
      <w:r>
        <w:rPr>
          <w:noProof/>
        </w:rPr>
        <w:lastRenderedPageBreak/>
        <w:drawing>
          <wp:inline distT="0" distB="0" distL="0" distR="0" wp14:anchorId="7FBDD786" wp14:editId="2676AA23">
            <wp:extent cx="2062094" cy="2298700"/>
            <wp:effectExtent l="0" t="0" r="0" b="6350"/>
            <wp:docPr id="1520005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05517" name=""/>
                    <pic:cNvPicPr/>
                  </pic:nvPicPr>
                  <pic:blipFill>
                    <a:blip r:embed="rId11"/>
                    <a:stretch>
                      <a:fillRect/>
                    </a:stretch>
                  </pic:blipFill>
                  <pic:spPr>
                    <a:xfrm>
                      <a:off x="0" y="0"/>
                      <a:ext cx="2069503" cy="2306959"/>
                    </a:xfrm>
                    <a:prstGeom prst="rect">
                      <a:avLst/>
                    </a:prstGeom>
                  </pic:spPr>
                </pic:pic>
              </a:graphicData>
            </a:graphic>
          </wp:inline>
        </w:drawing>
      </w:r>
    </w:p>
    <w:p w14:paraId="4A50D70D" w14:textId="1B34C8C3" w:rsidR="46E272AE" w:rsidRDefault="46E272AE" w:rsidP="46E272AE">
      <w:pPr>
        <w:pStyle w:val="ListBullet"/>
        <w:numPr>
          <w:ilvl w:val="0"/>
          <w:numId w:val="0"/>
        </w:numPr>
        <w:spacing w:before="40" w:after="80"/>
        <w:ind w:left="360"/>
        <w:jc w:val="center"/>
        <w:rPr>
          <w:sz w:val="16"/>
          <w:szCs w:val="16"/>
        </w:rPr>
      </w:pPr>
    </w:p>
    <w:p w14:paraId="710184E9" w14:textId="2ACE3014" w:rsidR="46E272AE" w:rsidRDefault="46E272AE" w:rsidP="46E272AE">
      <w:pPr>
        <w:pStyle w:val="ListBullet"/>
        <w:numPr>
          <w:ilvl w:val="0"/>
          <w:numId w:val="0"/>
        </w:numPr>
        <w:spacing w:before="40" w:after="80"/>
        <w:ind w:left="360"/>
        <w:jc w:val="center"/>
        <w:rPr>
          <w:sz w:val="16"/>
          <w:szCs w:val="16"/>
        </w:rPr>
      </w:pPr>
    </w:p>
    <w:p w14:paraId="26D74E31" w14:textId="77777777" w:rsidR="006B7696" w:rsidRPr="00C6002C" w:rsidRDefault="00000000">
      <w:pPr>
        <w:keepNext/>
        <w:spacing w:before="360" w:after="160"/>
        <w:rPr>
          <w:sz w:val="16"/>
          <w:szCs w:val="16"/>
        </w:rPr>
      </w:pPr>
      <w:r w:rsidRPr="00C6002C">
        <w:rPr>
          <w:b/>
          <w:color w:val="800020"/>
          <w:sz w:val="16"/>
          <w:szCs w:val="16"/>
        </w:rPr>
        <w:t>6. Taslaklar Ekranı</w:t>
      </w:r>
    </w:p>
    <w:p w14:paraId="2CDF6C4B" w14:textId="77777777" w:rsidR="006B7696" w:rsidRPr="00C6002C" w:rsidRDefault="00000000">
      <w:pPr>
        <w:spacing w:after="120"/>
        <w:rPr>
          <w:sz w:val="16"/>
          <w:szCs w:val="16"/>
        </w:rPr>
      </w:pPr>
      <w:r w:rsidRPr="00C6002C">
        <w:rPr>
          <w:sz w:val="16"/>
          <w:szCs w:val="16"/>
        </w:rPr>
        <w:t>Henüz kurula gönderilmemiş, hazırlanma aşamasındaki başvuruların listelendiği alandır.</w:t>
      </w:r>
    </w:p>
    <w:p w14:paraId="124A3F75" w14:textId="77777777" w:rsidR="006B7696" w:rsidRPr="00C6002C" w:rsidRDefault="00000000">
      <w:pPr>
        <w:pStyle w:val="ListBullet"/>
        <w:spacing w:before="40" w:after="80"/>
        <w:rPr>
          <w:sz w:val="16"/>
          <w:szCs w:val="16"/>
        </w:rPr>
      </w:pPr>
      <w:r w:rsidRPr="00C6002C">
        <w:rPr>
          <w:b/>
          <w:sz w:val="16"/>
          <w:szCs w:val="16"/>
        </w:rPr>
        <w:t xml:space="preserve">Arama ve Listeleme: </w:t>
      </w:r>
      <w:r w:rsidRPr="00C6002C">
        <w:rPr>
          <w:sz w:val="16"/>
          <w:szCs w:val="16"/>
        </w:rPr>
        <w:t>Kaydedilen taslaklar Proje Başlığı ve Son Güncelleme Tarihine göre aranabilir.</w:t>
      </w:r>
    </w:p>
    <w:p w14:paraId="4571268C" w14:textId="77777777" w:rsidR="006B7696" w:rsidRPr="00C6002C" w:rsidRDefault="00000000">
      <w:pPr>
        <w:pStyle w:val="ListBullet"/>
        <w:spacing w:before="40" w:after="80"/>
        <w:rPr>
          <w:sz w:val="16"/>
          <w:szCs w:val="16"/>
        </w:rPr>
      </w:pPr>
      <w:r w:rsidRPr="00C6002C">
        <w:rPr>
          <w:b/>
          <w:sz w:val="16"/>
          <w:szCs w:val="16"/>
        </w:rPr>
        <w:t xml:space="preserve">Düzenleme ve Gönderim: </w:t>
      </w:r>
      <w:r w:rsidRPr="00C6002C">
        <w:rPr>
          <w:sz w:val="16"/>
          <w:szCs w:val="16"/>
        </w:rPr>
        <w:t>Listeden seçilen taslak başvuru açılarak kaldığı yerden doldurulabilir veya gönderilebilir.</w:t>
      </w:r>
    </w:p>
    <w:p w14:paraId="20E0A7CC" w14:textId="77777777" w:rsidR="006B7696" w:rsidRPr="00C6002C" w:rsidRDefault="00000000">
      <w:pPr>
        <w:pStyle w:val="ListBullet"/>
        <w:spacing w:before="40" w:after="80"/>
        <w:rPr>
          <w:sz w:val="16"/>
          <w:szCs w:val="16"/>
        </w:rPr>
      </w:pPr>
      <w:r w:rsidRPr="00C6002C">
        <w:rPr>
          <w:b/>
          <w:sz w:val="16"/>
          <w:szCs w:val="16"/>
        </w:rPr>
        <w:t xml:space="preserve">Yeni Başvuru Butonu: </w:t>
      </w:r>
      <w:r w:rsidRPr="00C6002C">
        <w:rPr>
          <w:sz w:val="16"/>
          <w:szCs w:val="16"/>
        </w:rPr>
        <w:t xml:space="preserve">Doğrudan bu sayfadan da </w:t>
      </w:r>
      <w:proofErr w:type="spellStart"/>
      <w:r w:rsidRPr="00C6002C">
        <w:rPr>
          <w:sz w:val="16"/>
          <w:szCs w:val="16"/>
        </w:rPr>
        <w:t>sıfırdan</w:t>
      </w:r>
      <w:proofErr w:type="spellEnd"/>
      <w:r w:rsidRPr="00C6002C">
        <w:rPr>
          <w:sz w:val="16"/>
          <w:szCs w:val="16"/>
        </w:rPr>
        <w:t xml:space="preserve"> yeni </w:t>
      </w:r>
      <w:proofErr w:type="spellStart"/>
      <w:r w:rsidRPr="00C6002C">
        <w:rPr>
          <w:sz w:val="16"/>
          <w:szCs w:val="16"/>
        </w:rPr>
        <w:t>bir</w:t>
      </w:r>
      <w:proofErr w:type="spellEnd"/>
      <w:r w:rsidRPr="00C6002C">
        <w:rPr>
          <w:sz w:val="16"/>
          <w:szCs w:val="16"/>
        </w:rPr>
        <w:t xml:space="preserve"> </w:t>
      </w:r>
      <w:proofErr w:type="spellStart"/>
      <w:r w:rsidRPr="00C6002C">
        <w:rPr>
          <w:sz w:val="16"/>
          <w:szCs w:val="16"/>
        </w:rPr>
        <w:t>başvuru</w:t>
      </w:r>
      <w:proofErr w:type="spellEnd"/>
      <w:r w:rsidRPr="00C6002C">
        <w:rPr>
          <w:sz w:val="16"/>
          <w:szCs w:val="16"/>
        </w:rPr>
        <w:t xml:space="preserve"> </w:t>
      </w:r>
      <w:proofErr w:type="spellStart"/>
      <w:r w:rsidRPr="00C6002C">
        <w:rPr>
          <w:sz w:val="16"/>
          <w:szCs w:val="16"/>
        </w:rPr>
        <w:t>başlatılabilir</w:t>
      </w:r>
      <w:proofErr w:type="spellEnd"/>
      <w:r w:rsidRPr="00C6002C">
        <w:rPr>
          <w:sz w:val="16"/>
          <w:szCs w:val="16"/>
        </w:rPr>
        <w:t>.</w:t>
      </w:r>
    </w:p>
    <w:p w14:paraId="14E808CE" w14:textId="478E2B5D" w:rsidR="00C6002C" w:rsidRDefault="00C6002C" w:rsidP="00C6002C">
      <w:pPr>
        <w:pStyle w:val="ListBullet"/>
        <w:numPr>
          <w:ilvl w:val="0"/>
          <w:numId w:val="0"/>
        </w:numPr>
        <w:spacing w:before="40" w:after="80"/>
        <w:ind w:left="360"/>
        <w:rPr>
          <w:sz w:val="16"/>
          <w:szCs w:val="16"/>
        </w:rPr>
      </w:pPr>
      <w:r w:rsidRPr="00C6002C">
        <w:rPr>
          <w:noProof/>
          <w:sz w:val="16"/>
          <w:szCs w:val="16"/>
        </w:rPr>
        <w:drawing>
          <wp:inline distT="0" distB="0" distL="0" distR="0" wp14:anchorId="34226B3F" wp14:editId="08CA56CE">
            <wp:extent cx="5943600" cy="1388110"/>
            <wp:effectExtent l="0" t="0" r="0" b="2540"/>
            <wp:docPr id="1808146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46827" name=""/>
                    <pic:cNvPicPr/>
                  </pic:nvPicPr>
                  <pic:blipFill>
                    <a:blip r:embed="rId12"/>
                    <a:stretch>
                      <a:fillRect/>
                    </a:stretch>
                  </pic:blipFill>
                  <pic:spPr>
                    <a:xfrm>
                      <a:off x="0" y="0"/>
                      <a:ext cx="5943600" cy="1388110"/>
                    </a:xfrm>
                    <a:prstGeom prst="rect">
                      <a:avLst/>
                    </a:prstGeom>
                  </pic:spPr>
                </pic:pic>
              </a:graphicData>
            </a:graphic>
          </wp:inline>
        </w:drawing>
      </w:r>
    </w:p>
    <w:p w14:paraId="5FFDBA2F" w14:textId="77777777" w:rsidR="00DB15DE" w:rsidRPr="00DB15DE" w:rsidRDefault="00DB15DE" w:rsidP="00DB15DE">
      <w:pPr>
        <w:keepNext/>
        <w:spacing w:before="360" w:after="160"/>
        <w:rPr>
          <w:b/>
          <w:color w:val="800020"/>
          <w:sz w:val="16"/>
          <w:szCs w:val="16"/>
        </w:rPr>
      </w:pPr>
      <w:r w:rsidRPr="00DB15DE">
        <w:rPr>
          <w:b/>
          <w:color w:val="800020"/>
          <w:sz w:val="16"/>
          <w:szCs w:val="16"/>
        </w:rPr>
        <w:t>7. E-</w:t>
      </w:r>
      <w:proofErr w:type="spellStart"/>
      <w:r w:rsidRPr="00DB15DE">
        <w:rPr>
          <w:b/>
          <w:color w:val="800020"/>
          <w:sz w:val="16"/>
          <w:szCs w:val="16"/>
        </w:rPr>
        <w:t>posta</w:t>
      </w:r>
      <w:proofErr w:type="spellEnd"/>
      <w:r w:rsidRPr="00DB15DE">
        <w:rPr>
          <w:b/>
          <w:color w:val="800020"/>
          <w:sz w:val="16"/>
          <w:szCs w:val="16"/>
        </w:rPr>
        <w:t xml:space="preserve"> </w:t>
      </w:r>
      <w:proofErr w:type="spellStart"/>
      <w:r w:rsidRPr="00DB15DE">
        <w:rPr>
          <w:b/>
          <w:color w:val="800020"/>
          <w:sz w:val="16"/>
          <w:szCs w:val="16"/>
        </w:rPr>
        <w:t>Bildirimleri</w:t>
      </w:r>
      <w:proofErr w:type="spellEnd"/>
      <w:r w:rsidRPr="00DB15DE">
        <w:rPr>
          <w:b/>
          <w:color w:val="800020"/>
          <w:sz w:val="16"/>
          <w:szCs w:val="16"/>
        </w:rPr>
        <w:t xml:space="preserve"> </w:t>
      </w:r>
      <w:proofErr w:type="spellStart"/>
      <w:r w:rsidRPr="00DB15DE">
        <w:rPr>
          <w:b/>
          <w:color w:val="800020"/>
          <w:sz w:val="16"/>
          <w:szCs w:val="16"/>
        </w:rPr>
        <w:t>ve</w:t>
      </w:r>
      <w:proofErr w:type="spellEnd"/>
      <w:r w:rsidRPr="00DB15DE">
        <w:rPr>
          <w:b/>
          <w:color w:val="800020"/>
          <w:sz w:val="16"/>
          <w:szCs w:val="16"/>
        </w:rPr>
        <w:t xml:space="preserve"> </w:t>
      </w:r>
      <w:proofErr w:type="spellStart"/>
      <w:r w:rsidRPr="00DB15DE">
        <w:rPr>
          <w:b/>
          <w:color w:val="800020"/>
          <w:sz w:val="16"/>
          <w:szCs w:val="16"/>
        </w:rPr>
        <w:t>Başvuru</w:t>
      </w:r>
      <w:proofErr w:type="spellEnd"/>
      <w:r w:rsidRPr="00DB15DE">
        <w:rPr>
          <w:b/>
          <w:color w:val="800020"/>
          <w:sz w:val="16"/>
          <w:szCs w:val="16"/>
        </w:rPr>
        <w:t xml:space="preserve"> Durum </w:t>
      </w:r>
      <w:proofErr w:type="spellStart"/>
      <w:r w:rsidRPr="00DB15DE">
        <w:rPr>
          <w:b/>
          <w:color w:val="800020"/>
          <w:sz w:val="16"/>
          <w:szCs w:val="16"/>
        </w:rPr>
        <w:t>Bilgilendirmeleri</w:t>
      </w:r>
      <w:proofErr w:type="spellEnd"/>
    </w:p>
    <w:p w14:paraId="119ED6C7" w14:textId="77777777" w:rsidR="00DB15DE" w:rsidRPr="00DB15DE" w:rsidRDefault="00DB15DE" w:rsidP="00DB15DE">
      <w:pPr>
        <w:pStyle w:val="ListBullet"/>
        <w:numPr>
          <w:ilvl w:val="0"/>
          <w:numId w:val="0"/>
        </w:numPr>
        <w:spacing w:before="40" w:after="80"/>
        <w:ind w:left="360"/>
        <w:rPr>
          <w:sz w:val="16"/>
          <w:szCs w:val="16"/>
        </w:rPr>
      </w:pPr>
      <w:proofErr w:type="spellStart"/>
      <w:r w:rsidRPr="00DB15DE">
        <w:rPr>
          <w:sz w:val="16"/>
          <w:szCs w:val="16"/>
        </w:rPr>
        <w:t>Etik</w:t>
      </w:r>
      <w:proofErr w:type="spellEnd"/>
      <w:r w:rsidRPr="00DB15DE">
        <w:rPr>
          <w:sz w:val="16"/>
          <w:szCs w:val="16"/>
        </w:rPr>
        <w:t xml:space="preserve"> </w:t>
      </w:r>
      <w:proofErr w:type="spellStart"/>
      <w:r w:rsidRPr="00DB15DE">
        <w:rPr>
          <w:sz w:val="16"/>
          <w:szCs w:val="16"/>
        </w:rPr>
        <w:t>Değerlendirme</w:t>
      </w:r>
      <w:proofErr w:type="spellEnd"/>
      <w:r w:rsidRPr="00DB15DE">
        <w:rPr>
          <w:sz w:val="16"/>
          <w:szCs w:val="16"/>
        </w:rPr>
        <w:t xml:space="preserve"> </w:t>
      </w:r>
      <w:proofErr w:type="spellStart"/>
      <w:r w:rsidRPr="00DB15DE">
        <w:rPr>
          <w:sz w:val="16"/>
          <w:szCs w:val="16"/>
        </w:rPr>
        <w:t>Başvuru</w:t>
      </w:r>
      <w:proofErr w:type="spellEnd"/>
      <w:r w:rsidRPr="00DB15DE">
        <w:rPr>
          <w:sz w:val="16"/>
          <w:szCs w:val="16"/>
        </w:rPr>
        <w:t xml:space="preserve"> Sistemi, </w:t>
      </w:r>
      <w:proofErr w:type="spellStart"/>
      <w:r w:rsidRPr="00DB15DE">
        <w:rPr>
          <w:sz w:val="16"/>
          <w:szCs w:val="16"/>
        </w:rPr>
        <w:t>başvuru</w:t>
      </w:r>
      <w:proofErr w:type="spellEnd"/>
      <w:r w:rsidRPr="00DB15DE">
        <w:rPr>
          <w:sz w:val="16"/>
          <w:szCs w:val="16"/>
        </w:rPr>
        <w:t xml:space="preserve"> </w:t>
      </w:r>
      <w:proofErr w:type="spellStart"/>
      <w:r w:rsidRPr="00DB15DE">
        <w:rPr>
          <w:sz w:val="16"/>
          <w:szCs w:val="16"/>
        </w:rPr>
        <w:t>sürecinin</w:t>
      </w:r>
      <w:proofErr w:type="spellEnd"/>
      <w:r w:rsidRPr="00DB15DE">
        <w:rPr>
          <w:sz w:val="16"/>
          <w:szCs w:val="16"/>
        </w:rPr>
        <w:t xml:space="preserve"> her </w:t>
      </w:r>
      <w:proofErr w:type="spellStart"/>
      <w:r w:rsidRPr="00DB15DE">
        <w:rPr>
          <w:sz w:val="16"/>
          <w:szCs w:val="16"/>
        </w:rPr>
        <w:t>aşamasında</w:t>
      </w:r>
      <w:proofErr w:type="spellEnd"/>
      <w:r w:rsidRPr="00DB15DE">
        <w:rPr>
          <w:sz w:val="16"/>
          <w:szCs w:val="16"/>
        </w:rPr>
        <w:t xml:space="preserve"> </w:t>
      </w:r>
      <w:proofErr w:type="spellStart"/>
      <w:r w:rsidRPr="00DB15DE">
        <w:rPr>
          <w:sz w:val="16"/>
          <w:szCs w:val="16"/>
        </w:rPr>
        <w:t>başvuran</w:t>
      </w:r>
      <w:proofErr w:type="spellEnd"/>
      <w:r w:rsidRPr="00DB15DE">
        <w:rPr>
          <w:sz w:val="16"/>
          <w:szCs w:val="16"/>
        </w:rPr>
        <w:t xml:space="preserve"> </w:t>
      </w:r>
      <w:proofErr w:type="spellStart"/>
      <w:r w:rsidRPr="00DB15DE">
        <w:rPr>
          <w:sz w:val="16"/>
          <w:szCs w:val="16"/>
        </w:rPr>
        <w:t>araştırmacıyı</w:t>
      </w:r>
      <w:proofErr w:type="spellEnd"/>
      <w:r w:rsidRPr="00DB15DE">
        <w:rPr>
          <w:sz w:val="16"/>
          <w:szCs w:val="16"/>
        </w:rPr>
        <w:t xml:space="preserve"> </w:t>
      </w:r>
      <w:proofErr w:type="spellStart"/>
      <w:r w:rsidRPr="00DB15DE">
        <w:rPr>
          <w:sz w:val="16"/>
          <w:szCs w:val="16"/>
        </w:rPr>
        <w:t>ve</w:t>
      </w:r>
      <w:proofErr w:type="spellEnd"/>
      <w:r w:rsidRPr="00DB15DE">
        <w:rPr>
          <w:sz w:val="16"/>
          <w:szCs w:val="16"/>
        </w:rPr>
        <w:t xml:space="preserve"> </w:t>
      </w:r>
      <w:proofErr w:type="spellStart"/>
      <w:r w:rsidRPr="00DB15DE">
        <w:rPr>
          <w:sz w:val="16"/>
          <w:szCs w:val="16"/>
        </w:rPr>
        <w:t>ilgili</w:t>
      </w:r>
      <w:proofErr w:type="spellEnd"/>
      <w:r w:rsidRPr="00DB15DE">
        <w:rPr>
          <w:sz w:val="16"/>
          <w:szCs w:val="16"/>
        </w:rPr>
        <w:t xml:space="preserve"> </w:t>
      </w:r>
      <w:proofErr w:type="spellStart"/>
      <w:r w:rsidRPr="00DB15DE">
        <w:rPr>
          <w:sz w:val="16"/>
          <w:szCs w:val="16"/>
        </w:rPr>
        <w:t>kişileri</w:t>
      </w:r>
      <w:proofErr w:type="spellEnd"/>
      <w:r w:rsidRPr="00DB15DE">
        <w:rPr>
          <w:sz w:val="16"/>
          <w:szCs w:val="16"/>
        </w:rPr>
        <w:t xml:space="preserve"> e-</w:t>
      </w:r>
      <w:proofErr w:type="spellStart"/>
      <w:r w:rsidRPr="00DB15DE">
        <w:rPr>
          <w:sz w:val="16"/>
          <w:szCs w:val="16"/>
        </w:rPr>
        <w:t>posta</w:t>
      </w:r>
      <w:proofErr w:type="spellEnd"/>
      <w:r w:rsidRPr="00DB15DE">
        <w:rPr>
          <w:sz w:val="16"/>
          <w:szCs w:val="16"/>
        </w:rPr>
        <w:t xml:space="preserve"> </w:t>
      </w:r>
      <w:proofErr w:type="spellStart"/>
      <w:r w:rsidRPr="00DB15DE">
        <w:rPr>
          <w:sz w:val="16"/>
          <w:szCs w:val="16"/>
        </w:rPr>
        <w:t>aracılığıyla</w:t>
      </w:r>
      <w:proofErr w:type="spellEnd"/>
      <w:r w:rsidRPr="00DB15DE">
        <w:rPr>
          <w:sz w:val="16"/>
          <w:szCs w:val="16"/>
        </w:rPr>
        <w:t xml:space="preserve"> </w:t>
      </w:r>
      <w:proofErr w:type="spellStart"/>
      <w:r w:rsidRPr="00DB15DE">
        <w:rPr>
          <w:sz w:val="16"/>
          <w:szCs w:val="16"/>
        </w:rPr>
        <w:t>otomatik</w:t>
      </w:r>
      <w:proofErr w:type="spellEnd"/>
      <w:r w:rsidRPr="00DB15DE">
        <w:rPr>
          <w:sz w:val="16"/>
          <w:szCs w:val="16"/>
        </w:rPr>
        <w:t xml:space="preserve"> </w:t>
      </w:r>
      <w:proofErr w:type="spellStart"/>
      <w:r w:rsidRPr="00DB15DE">
        <w:rPr>
          <w:sz w:val="16"/>
          <w:szCs w:val="16"/>
        </w:rPr>
        <w:t>olarak</w:t>
      </w:r>
      <w:proofErr w:type="spellEnd"/>
      <w:r w:rsidRPr="00DB15DE">
        <w:rPr>
          <w:sz w:val="16"/>
          <w:szCs w:val="16"/>
        </w:rPr>
        <w:t xml:space="preserve"> </w:t>
      </w:r>
      <w:proofErr w:type="spellStart"/>
      <w:r w:rsidRPr="00DB15DE">
        <w:rPr>
          <w:sz w:val="16"/>
          <w:szCs w:val="16"/>
        </w:rPr>
        <w:t>bilgilendirir</w:t>
      </w:r>
      <w:proofErr w:type="spellEnd"/>
      <w:r w:rsidRPr="00DB15DE">
        <w:rPr>
          <w:sz w:val="16"/>
          <w:szCs w:val="16"/>
        </w:rPr>
        <w:t xml:space="preserve">. </w:t>
      </w:r>
      <w:proofErr w:type="spellStart"/>
      <w:r w:rsidRPr="00DB15DE">
        <w:rPr>
          <w:sz w:val="16"/>
          <w:szCs w:val="16"/>
        </w:rPr>
        <w:t>Sistem</w:t>
      </w:r>
      <w:proofErr w:type="spellEnd"/>
      <w:r w:rsidRPr="00DB15DE">
        <w:rPr>
          <w:sz w:val="16"/>
          <w:szCs w:val="16"/>
        </w:rPr>
        <w:t xml:space="preserve"> </w:t>
      </w:r>
      <w:proofErr w:type="spellStart"/>
      <w:r w:rsidRPr="00DB15DE">
        <w:rPr>
          <w:sz w:val="16"/>
          <w:szCs w:val="16"/>
        </w:rPr>
        <w:t>tarafından</w:t>
      </w:r>
      <w:proofErr w:type="spellEnd"/>
      <w:r w:rsidRPr="00DB15DE">
        <w:rPr>
          <w:sz w:val="16"/>
          <w:szCs w:val="16"/>
        </w:rPr>
        <w:t xml:space="preserve"> </w:t>
      </w:r>
      <w:proofErr w:type="spellStart"/>
      <w:r w:rsidRPr="00DB15DE">
        <w:rPr>
          <w:sz w:val="16"/>
          <w:szCs w:val="16"/>
        </w:rPr>
        <w:t>iletilen</w:t>
      </w:r>
      <w:proofErr w:type="spellEnd"/>
      <w:r w:rsidRPr="00DB15DE">
        <w:rPr>
          <w:sz w:val="16"/>
          <w:szCs w:val="16"/>
        </w:rPr>
        <w:t xml:space="preserve"> </w:t>
      </w:r>
      <w:proofErr w:type="spellStart"/>
      <w:r w:rsidRPr="00DB15DE">
        <w:rPr>
          <w:sz w:val="16"/>
          <w:szCs w:val="16"/>
        </w:rPr>
        <w:t>başlıca</w:t>
      </w:r>
      <w:proofErr w:type="spellEnd"/>
      <w:r w:rsidRPr="00DB15DE">
        <w:rPr>
          <w:sz w:val="16"/>
          <w:szCs w:val="16"/>
        </w:rPr>
        <w:t xml:space="preserve"> e-</w:t>
      </w:r>
      <w:proofErr w:type="spellStart"/>
      <w:r w:rsidRPr="00DB15DE">
        <w:rPr>
          <w:sz w:val="16"/>
          <w:szCs w:val="16"/>
        </w:rPr>
        <w:t>posta</w:t>
      </w:r>
      <w:proofErr w:type="spellEnd"/>
      <w:r w:rsidRPr="00DB15DE">
        <w:rPr>
          <w:sz w:val="16"/>
          <w:szCs w:val="16"/>
        </w:rPr>
        <w:t xml:space="preserve"> </w:t>
      </w:r>
      <w:proofErr w:type="spellStart"/>
      <w:r w:rsidRPr="00DB15DE">
        <w:rPr>
          <w:sz w:val="16"/>
          <w:szCs w:val="16"/>
        </w:rPr>
        <w:t>bildirim</w:t>
      </w:r>
      <w:proofErr w:type="spellEnd"/>
      <w:r w:rsidRPr="00DB15DE">
        <w:rPr>
          <w:sz w:val="16"/>
          <w:szCs w:val="16"/>
        </w:rPr>
        <w:t xml:space="preserve"> </w:t>
      </w:r>
      <w:proofErr w:type="spellStart"/>
      <w:r w:rsidRPr="00DB15DE">
        <w:rPr>
          <w:sz w:val="16"/>
          <w:szCs w:val="16"/>
        </w:rPr>
        <w:t>türleri</w:t>
      </w:r>
      <w:proofErr w:type="spellEnd"/>
      <w:r w:rsidRPr="00DB15DE">
        <w:rPr>
          <w:sz w:val="16"/>
          <w:szCs w:val="16"/>
        </w:rPr>
        <w:t xml:space="preserve"> </w:t>
      </w:r>
      <w:proofErr w:type="spellStart"/>
      <w:r w:rsidRPr="00DB15DE">
        <w:rPr>
          <w:sz w:val="16"/>
          <w:szCs w:val="16"/>
        </w:rPr>
        <w:t>şunlardır</w:t>
      </w:r>
      <w:proofErr w:type="spellEnd"/>
      <w:r w:rsidRPr="00DB15DE">
        <w:rPr>
          <w:sz w:val="16"/>
          <w:szCs w:val="16"/>
        </w:rPr>
        <w:t>:</w:t>
      </w:r>
    </w:p>
    <w:p w14:paraId="15A24678" w14:textId="77777777" w:rsidR="00DB15DE" w:rsidRPr="00DB15DE" w:rsidRDefault="00DB15DE" w:rsidP="00DB15DE">
      <w:pPr>
        <w:pStyle w:val="ListBullet"/>
        <w:numPr>
          <w:ilvl w:val="0"/>
          <w:numId w:val="11"/>
        </w:numPr>
        <w:spacing w:before="40" w:after="80"/>
        <w:rPr>
          <w:sz w:val="16"/>
          <w:szCs w:val="16"/>
        </w:rPr>
      </w:pPr>
      <w:proofErr w:type="spellStart"/>
      <w:r w:rsidRPr="00DB15DE">
        <w:rPr>
          <w:b/>
          <w:bCs/>
          <w:sz w:val="16"/>
          <w:szCs w:val="16"/>
        </w:rPr>
        <w:t>Başvuru</w:t>
      </w:r>
      <w:proofErr w:type="spellEnd"/>
      <w:r w:rsidRPr="00DB15DE">
        <w:rPr>
          <w:b/>
          <w:bCs/>
          <w:sz w:val="16"/>
          <w:szCs w:val="16"/>
        </w:rPr>
        <w:t xml:space="preserve"> </w:t>
      </w:r>
      <w:proofErr w:type="spellStart"/>
      <w:r w:rsidRPr="00DB15DE">
        <w:rPr>
          <w:b/>
          <w:bCs/>
          <w:sz w:val="16"/>
          <w:szCs w:val="16"/>
        </w:rPr>
        <w:t>Alındı</w:t>
      </w:r>
      <w:proofErr w:type="spellEnd"/>
      <w:r w:rsidRPr="00DB15DE">
        <w:rPr>
          <w:b/>
          <w:bCs/>
          <w:sz w:val="16"/>
          <w:szCs w:val="16"/>
        </w:rPr>
        <w:t xml:space="preserve"> / </w:t>
      </w:r>
      <w:proofErr w:type="spellStart"/>
      <w:r w:rsidRPr="00DB15DE">
        <w:rPr>
          <w:b/>
          <w:bCs/>
          <w:sz w:val="16"/>
          <w:szCs w:val="16"/>
        </w:rPr>
        <w:t>Süreç</w:t>
      </w:r>
      <w:proofErr w:type="spellEnd"/>
      <w:r w:rsidRPr="00DB15DE">
        <w:rPr>
          <w:b/>
          <w:bCs/>
          <w:sz w:val="16"/>
          <w:szCs w:val="16"/>
        </w:rPr>
        <w:t xml:space="preserve"> </w:t>
      </w:r>
      <w:proofErr w:type="spellStart"/>
      <w:r w:rsidRPr="00DB15DE">
        <w:rPr>
          <w:b/>
          <w:bCs/>
          <w:sz w:val="16"/>
          <w:szCs w:val="16"/>
        </w:rPr>
        <w:t>Başladı</w:t>
      </w:r>
      <w:proofErr w:type="spellEnd"/>
      <w:r w:rsidRPr="00DB15DE">
        <w:rPr>
          <w:b/>
          <w:bCs/>
          <w:sz w:val="16"/>
          <w:szCs w:val="16"/>
        </w:rPr>
        <w:t xml:space="preserve"> Bildirimi:</w:t>
      </w:r>
      <w:r w:rsidRPr="00DB15DE">
        <w:rPr>
          <w:sz w:val="16"/>
          <w:szCs w:val="16"/>
        </w:rPr>
        <w:t xml:space="preserve"> </w:t>
      </w:r>
      <w:proofErr w:type="spellStart"/>
      <w:r w:rsidRPr="00DB15DE">
        <w:rPr>
          <w:sz w:val="16"/>
          <w:szCs w:val="16"/>
        </w:rPr>
        <w:t>Başvuru</w:t>
      </w:r>
      <w:proofErr w:type="spellEnd"/>
      <w:r w:rsidRPr="00DB15DE">
        <w:rPr>
          <w:sz w:val="16"/>
          <w:szCs w:val="16"/>
        </w:rPr>
        <w:t xml:space="preserve"> </w:t>
      </w:r>
      <w:proofErr w:type="spellStart"/>
      <w:r w:rsidRPr="00DB15DE">
        <w:rPr>
          <w:sz w:val="16"/>
          <w:szCs w:val="16"/>
        </w:rPr>
        <w:t>formu</w:t>
      </w:r>
      <w:proofErr w:type="spellEnd"/>
      <w:r w:rsidRPr="00DB15DE">
        <w:rPr>
          <w:sz w:val="16"/>
          <w:szCs w:val="16"/>
        </w:rPr>
        <w:t xml:space="preserve"> </w:t>
      </w:r>
      <w:proofErr w:type="spellStart"/>
      <w:r w:rsidRPr="00DB15DE">
        <w:rPr>
          <w:sz w:val="16"/>
          <w:szCs w:val="16"/>
        </w:rPr>
        <w:t>başarıyla</w:t>
      </w:r>
      <w:proofErr w:type="spellEnd"/>
      <w:r w:rsidRPr="00DB15DE">
        <w:rPr>
          <w:sz w:val="16"/>
          <w:szCs w:val="16"/>
        </w:rPr>
        <w:t xml:space="preserve"> </w:t>
      </w:r>
      <w:proofErr w:type="spellStart"/>
      <w:r w:rsidRPr="00DB15DE">
        <w:rPr>
          <w:sz w:val="16"/>
          <w:szCs w:val="16"/>
        </w:rPr>
        <w:t>gönderildiğinde</w:t>
      </w:r>
      <w:proofErr w:type="spellEnd"/>
      <w:r w:rsidRPr="00DB15DE">
        <w:rPr>
          <w:sz w:val="16"/>
          <w:szCs w:val="16"/>
        </w:rPr>
        <w:t xml:space="preserve"> </w:t>
      </w:r>
      <w:proofErr w:type="spellStart"/>
      <w:r w:rsidRPr="00DB15DE">
        <w:rPr>
          <w:sz w:val="16"/>
          <w:szCs w:val="16"/>
        </w:rPr>
        <w:t>başvuran</w:t>
      </w:r>
      <w:proofErr w:type="spellEnd"/>
      <w:r w:rsidRPr="00DB15DE">
        <w:rPr>
          <w:sz w:val="16"/>
          <w:szCs w:val="16"/>
        </w:rPr>
        <w:t xml:space="preserve"> </w:t>
      </w:r>
      <w:proofErr w:type="spellStart"/>
      <w:r w:rsidRPr="00DB15DE">
        <w:rPr>
          <w:sz w:val="16"/>
          <w:szCs w:val="16"/>
        </w:rPr>
        <w:t>araştırmacıya</w:t>
      </w:r>
      <w:proofErr w:type="spellEnd"/>
      <w:r w:rsidRPr="00DB15DE">
        <w:rPr>
          <w:sz w:val="16"/>
          <w:szCs w:val="16"/>
        </w:rPr>
        <w:t xml:space="preserve"> </w:t>
      </w:r>
      <w:proofErr w:type="spellStart"/>
      <w:r w:rsidRPr="00DB15DE">
        <w:rPr>
          <w:sz w:val="16"/>
          <w:szCs w:val="16"/>
        </w:rPr>
        <w:t>iletilir</w:t>
      </w:r>
      <w:proofErr w:type="spellEnd"/>
      <w:r w:rsidRPr="00DB15DE">
        <w:rPr>
          <w:sz w:val="16"/>
          <w:szCs w:val="16"/>
        </w:rPr>
        <w:t xml:space="preserve">. (Tez </w:t>
      </w:r>
      <w:proofErr w:type="spellStart"/>
      <w:r w:rsidRPr="00DB15DE">
        <w:rPr>
          <w:sz w:val="16"/>
          <w:szCs w:val="16"/>
        </w:rPr>
        <w:t>başvurularında</w:t>
      </w:r>
      <w:proofErr w:type="spellEnd"/>
      <w:r w:rsidRPr="00DB15DE">
        <w:rPr>
          <w:sz w:val="16"/>
          <w:szCs w:val="16"/>
        </w:rPr>
        <w:t xml:space="preserve"> </w:t>
      </w:r>
      <w:proofErr w:type="spellStart"/>
      <w:r w:rsidRPr="00DB15DE">
        <w:rPr>
          <w:sz w:val="16"/>
          <w:szCs w:val="16"/>
        </w:rPr>
        <w:t>danışman</w:t>
      </w:r>
      <w:proofErr w:type="spellEnd"/>
      <w:r w:rsidRPr="00DB15DE">
        <w:rPr>
          <w:sz w:val="16"/>
          <w:szCs w:val="16"/>
        </w:rPr>
        <w:t xml:space="preserve"> </w:t>
      </w:r>
      <w:proofErr w:type="spellStart"/>
      <w:r w:rsidRPr="00DB15DE">
        <w:rPr>
          <w:sz w:val="16"/>
          <w:szCs w:val="16"/>
        </w:rPr>
        <w:t>onayına</w:t>
      </w:r>
      <w:proofErr w:type="spellEnd"/>
      <w:r w:rsidRPr="00DB15DE">
        <w:rPr>
          <w:sz w:val="16"/>
          <w:szCs w:val="16"/>
        </w:rPr>
        <w:t xml:space="preserve"> </w:t>
      </w:r>
      <w:proofErr w:type="spellStart"/>
      <w:r w:rsidRPr="00DB15DE">
        <w:rPr>
          <w:sz w:val="16"/>
          <w:szCs w:val="16"/>
        </w:rPr>
        <w:t>gittiği</w:t>
      </w:r>
      <w:proofErr w:type="spellEnd"/>
      <w:r w:rsidRPr="00DB15DE">
        <w:rPr>
          <w:sz w:val="16"/>
          <w:szCs w:val="16"/>
        </w:rPr>
        <w:t xml:space="preserve"> </w:t>
      </w:r>
      <w:proofErr w:type="spellStart"/>
      <w:r w:rsidRPr="00DB15DE">
        <w:rPr>
          <w:sz w:val="16"/>
          <w:szCs w:val="16"/>
        </w:rPr>
        <w:t>bilgisi</w:t>
      </w:r>
      <w:proofErr w:type="spellEnd"/>
      <w:r w:rsidRPr="00DB15DE">
        <w:rPr>
          <w:sz w:val="16"/>
          <w:szCs w:val="16"/>
        </w:rPr>
        <w:t xml:space="preserve">, </w:t>
      </w:r>
      <w:proofErr w:type="spellStart"/>
      <w:r w:rsidRPr="00DB15DE">
        <w:rPr>
          <w:sz w:val="16"/>
          <w:szCs w:val="16"/>
        </w:rPr>
        <w:t>diğer</w:t>
      </w:r>
      <w:proofErr w:type="spellEnd"/>
      <w:r w:rsidRPr="00DB15DE">
        <w:rPr>
          <w:sz w:val="16"/>
          <w:szCs w:val="16"/>
        </w:rPr>
        <w:t xml:space="preserve"> </w:t>
      </w:r>
      <w:proofErr w:type="spellStart"/>
      <w:r w:rsidRPr="00DB15DE">
        <w:rPr>
          <w:sz w:val="16"/>
          <w:szCs w:val="16"/>
        </w:rPr>
        <w:t>başvurularda</w:t>
      </w:r>
      <w:proofErr w:type="spellEnd"/>
      <w:r w:rsidRPr="00DB15DE">
        <w:rPr>
          <w:sz w:val="16"/>
          <w:szCs w:val="16"/>
        </w:rPr>
        <w:t xml:space="preserve"> </w:t>
      </w:r>
      <w:proofErr w:type="spellStart"/>
      <w:r w:rsidRPr="00DB15DE">
        <w:rPr>
          <w:sz w:val="16"/>
          <w:szCs w:val="16"/>
        </w:rPr>
        <w:t>doğrudan</w:t>
      </w:r>
      <w:proofErr w:type="spellEnd"/>
      <w:r w:rsidRPr="00DB15DE">
        <w:rPr>
          <w:sz w:val="16"/>
          <w:szCs w:val="16"/>
        </w:rPr>
        <w:t xml:space="preserve"> </w:t>
      </w:r>
      <w:proofErr w:type="spellStart"/>
      <w:r w:rsidRPr="00DB15DE">
        <w:rPr>
          <w:sz w:val="16"/>
          <w:szCs w:val="16"/>
        </w:rPr>
        <w:t>Etik</w:t>
      </w:r>
      <w:proofErr w:type="spellEnd"/>
      <w:r w:rsidRPr="00DB15DE">
        <w:rPr>
          <w:sz w:val="16"/>
          <w:szCs w:val="16"/>
        </w:rPr>
        <w:t xml:space="preserve"> </w:t>
      </w:r>
      <w:proofErr w:type="spellStart"/>
      <w:r w:rsidRPr="00DB15DE">
        <w:rPr>
          <w:sz w:val="16"/>
          <w:szCs w:val="16"/>
        </w:rPr>
        <w:t>Kurul</w:t>
      </w:r>
      <w:proofErr w:type="spellEnd"/>
      <w:r w:rsidRPr="00DB15DE">
        <w:rPr>
          <w:sz w:val="16"/>
          <w:szCs w:val="16"/>
        </w:rPr>
        <w:t xml:space="preserve"> </w:t>
      </w:r>
      <w:proofErr w:type="spellStart"/>
      <w:r w:rsidRPr="00DB15DE">
        <w:rPr>
          <w:sz w:val="16"/>
          <w:szCs w:val="16"/>
        </w:rPr>
        <w:t>incelemesine</w:t>
      </w:r>
      <w:proofErr w:type="spellEnd"/>
      <w:r w:rsidRPr="00DB15DE">
        <w:rPr>
          <w:sz w:val="16"/>
          <w:szCs w:val="16"/>
        </w:rPr>
        <w:t xml:space="preserve"> </w:t>
      </w:r>
      <w:proofErr w:type="spellStart"/>
      <w:r w:rsidRPr="00DB15DE">
        <w:rPr>
          <w:sz w:val="16"/>
          <w:szCs w:val="16"/>
        </w:rPr>
        <w:t>alındığı</w:t>
      </w:r>
      <w:proofErr w:type="spellEnd"/>
      <w:r w:rsidRPr="00DB15DE">
        <w:rPr>
          <w:sz w:val="16"/>
          <w:szCs w:val="16"/>
        </w:rPr>
        <w:t xml:space="preserve"> </w:t>
      </w:r>
      <w:proofErr w:type="spellStart"/>
      <w:r w:rsidRPr="00DB15DE">
        <w:rPr>
          <w:sz w:val="16"/>
          <w:szCs w:val="16"/>
        </w:rPr>
        <w:t>bilgisi</w:t>
      </w:r>
      <w:proofErr w:type="spellEnd"/>
      <w:r w:rsidRPr="00DB15DE">
        <w:rPr>
          <w:sz w:val="16"/>
          <w:szCs w:val="16"/>
        </w:rPr>
        <w:t xml:space="preserve"> </w:t>
      </w:r>
      <w:proofErr w:type="spellStart"/>
      <w:r w:rsidRPr="00DB15DE">
        <w:rPr>
          <w:sz w:val="16"/>
          <w:szCs w:val="16"/>
        </w:rPr>
        <w:t>yer</w:t>
      </w:r>
      <w:proofErr w:type="spellEnd"/>
      <w:r w:rsidRPr="00DB15DE">
        <w:rPr>
          <w:sz w:val="16"/>
          <w:szCs w:val="16"/>
        </w:rPr>
        <w:t xml:space="preserve"> </w:t>
      </w:r>
      <w:proofErr w:type="spellStart"/>
      <w:r w:rsidRPr="00DB15DE">
        <w:rPr>
          <w:sz w:val="16"/>
          <w:szCs w:val="16"/>
        </w:rPr>
        <w:t>alır</w:t>
      </w:r>
      <w:proofErr w:type="spellEnd"/>
      <w:r w:rsidRPr="00DB15DE">
        <w:rPr>
          <w:sz w:val="16"/>
          <w:szCs w:val="16"/>
        </w:rPr>
        <w:t>.)</w:t>
      </w:r>
    </w:p>
    <w:p w14:paraId="0D762996" w14:textId="77777777" w:rsidR="00DB15DE" w:rsidRPr="00DB15DE" w:rsidRDefault="00DB15DE" w:rsidP="00DB15DE">
      <w:pPr>
        <w:pStyle w:val="ListBullet"/>
        <w:numPr>
          <w:ilvl w:val="0"/>
          <w:numId w:val="11"/>
        </w:numPr>
        <w:spacing w:before="40" w:after="80"/>
        <w:rPr>
          <w:sz w:val="16"/>
          <w:szCs w:val="16"/>
        </w:rPr>
      </w:pPr>
      <w:r w:rsidRPr="00DB15DE">
        <w:rPr>
          <w:b/>
          <w:bCs/>
          <w:sz w:val="16"/>
          <w:szCs w:val="16"/>
        </w:rPr>
        <w:t>Onay Bildirimi (</w:t>
      </w:r>
      <w:proofErr w:type="spellStart"/>
      <w:r w:rsidRPr="00DB15DE">
        <w:rPr>
          <w:b/>
          <w:bCs/>
          <w:sz w:val="16"/>
          <w:szCs w:val="16"/>
        </w:rPr>
        <w:t>Onaylandı</w:t>
      </w:r>
      <w:proofErr w:type="spellEnd"/>
      <w:r w:rsidRPr="00DB15DE">
        <w:rPr>
          <w:b/>
          <w:bCs/>
          <w:sz w:val="16"/>
          <w:szCs w:val="16"/>
        </w:rPr>
        <w:t>):</w:t>
      </w:r>
      <w:r w:rsidRPr="00DB15DE">
        <w:rPr>
          <w:sz w:val="16"/>
          <w:szCs w:val="16"/>
        </w:rPr>
        <w:t xml:space="preserve"> </w:t>
      </w:r>
      <w:proofErr w:type="spellStart"/>
      <w:r w:rsidRPr="00DB15DE">
        <w:rPr>
          <w:sz w:val="16"/>
          <w:szCs w:val="16"/>
        </w:rPr>
        <w:t>Etik</w:t>
      </w:r>
      <w:proofErr w:type="spellEnd"/>
      <w:r w:rsidRPr="00DB15DE">
        <w:rPr>
          <w:sz w:val="16"/>
          <w:szCs w:val="16"/>
        </w:rPr>
        <w:t xml:space="preserve"> </w:t>
      </w:r>
      <w:proofErr w:type="spellStart"/>
      <w:r w:rsidRPr="00DB15DE">
        <w:rPr>
          <w:sz w:val="16"/>
          <w:szCs w:val="16"/>
        </w:rPr>
        <w:t>Kurul</w:t>
      </w:r>
      <w:proofErr w:type="spellEnd"/>
      <w:r w:rsidRPr="00DB15DE">
        <w:rPr>
          <w:sz w:val="16"/>
          <w:szCs w:val="16"/>
        </w:rPr>
        <w:t xml:space="preserve"> </w:t>
      </w:r>
      <w:proofErr w:type="spellStart"/>
      <w:r w:rsidRPr="00DB15DE">
        <w:rPr>
          <w:sz w:val="16"/>
          <w:szCs w:val="16"/>
        </w:rPr>
        <w:t>değerlendirmesi</w:t>
      </w:r>
      <w:proofErr w:type="spellEnd"/>
      <w:r w:rsidRPr="00DB15DE">
        <w:rPr>
          <w:sz w:val="16"/>
          <w:szCs w:val="16"/>
        </w:rPr>
        <w:t xml:space="preserve"> </w:t>
      </w:r>
      <w:proofErr w:type="spellStart"/>
      <w:r w:rsidRPr="00DB15DE">
        <w:rPr>
          <w:sz w:val="16"/>
          <w:szCs w:val="16"/>
        </w:rPr>
        <w:t>tamamlanıp</w:t>
      </w:r>
      <w:proofErr w:type="spellEnd"/>
      <w:r w:rsidRPr="00DB15DE">
        <w:rPr>
          <w:sz w:val="16"/>
          <w:szCs w:val="16"/>
        </w:rPr>
        <w:t xml:space="preserve"> </w:t>
      </w:r>
      <w:proofErr w:type="spellStart"/>
      <w:r w:rsidRPr="00DB15DE">
        <w:rPr>
          <w:sz w:val="16"/>
          <w:szCs w:val="16"/>
        </w:rPr>
        <w:t>başvuru</w:t>
      </w:r>
      <w:proofErr w:type="spellEnd"/>
      <w:r w:rsidRPr="00DB15DE">
        <w:rPr>
          <w:sz w:val="16"/>
          <w:szCs w:val="16"/>
        </w:rPr>
        <w:t xml:space="preserve"> </w:t>
      </w:r>
      <w:proofErr w:type="spellStart"/>
      <w:r w:rsidRPr="00DB15DE">
        <w:rPr>
          <w:sz w:val="16"/>
          <w:szCs w:val="16"/>
        </w:rPr>
        <w:t>onaylandığında</w:t>
      </w:r>
      <w:proofErr w:type="spellEnd"/>
      <w:r w:rsidRPr="00DB15DE">
        <w:rPr>
          <w:sz w:val="16"/>
          <w:szCs w:val="16"/>
        </w:rPr>
        <w:t xml:space="preserve"> </w:t>
      </w:r>
      <w:proofErr w:type="spellStart"/>
      <w:r w:rsidRPr="00DB15DE">
        <w:rPr>
          <w:sz w:val="16"/>
          <w:szCs w:val="16"/>
        </w:rPr>
        <w:t>ilgili</w:t>
      </w:r>
      <w:proofErr w:type="spellEnd"/>
      <w:r w:rsidRPr="00DB15DE">
        <w:rPr>
          <w:sz w:val="16"/>
          <w:szCs w:val="16"/>
        </w:rPr>
        <w:t xml:space="preserve"> </w:t>
      </w:r>
      <w:proofErr w:type="spellStart"/>
      <w:r w:rsidRPr="00DB15DE">
        <w:rPr>
          <w:sz w:val="16"/>
          <w:szCs w:val="16"/>
        </w:rPr>
        <w:t>onay</w:t>
      </w:r>
      <w:proofErr w:type="spellEnd"/>
      <w:r w:rsidRPr="00DB15DE">
        <w:rPr>
          <w:sz w:val="16"/>
          <w:szCs w:val="16"/>
        </w:rPr>
        <w:t xml:space="preserve"> </w:t>
      </w:r>
      <w:proofErr w:type="spellStart"/>
      <w:r w:rsidRPr="00DB15DE">
        <w:rPr>
          <w:sz w:val="16"/>
          <w:szCs w:val="16"/>
        </w:rPr>
        <w:t>bilgisi</w:t>
      </w:r>
      <w:proofErr w:type="spellEnd"/>
      <w:r w:rsidRPr="00DB15DE">
        <w:rPr>
          <w:sz w:val="16"/>
          <w:szCs w:val="16"/>
        </w:rPr>
        <w:t xml:space="preserve"> </w:t>
      </w:r>
      <w:proofErr w:type="spellStart"/>
      <w:r w:rsidRPr="00DB15DE">
        <w:rPr>
          <w:sz w:val="16"/>
          <w:szCs w:val="16"/>
        </w:rPr>
        <w:t>ve</w:t>
      </w:r>
      <w:proofErr w:type="spellEnd"/>
      <w:r w:rsidRPr="00DB15DE">
        <w:rPr>
          <w:sz w:val="16"/>
          <w:szCs w:val="16"/>
        </w:rPr>
        <w:t xml:space="preserve"> </w:t>
      </w:r>
      <w:proofErr w:type="spellStart"/>
      <w:r w:rsidRPr="00DB15DE">
        <w:rPr>
          <w:sz w:val="16"/>
          <w:szCs w:val="16"/>
        </w:rPr>
        <w:t>etik</w:t>
      </w:r>
      <w:proofErr w:type="spellEnd"/>
      <w:r w:rsidRPr="00DB15DE">
        <w:rPr>
          <w:sz w:val="16"/>
          <w:szCs w:val="16"/>
        </w:rPr>
        <w:t xml:space="preserve"> </w:t>
      </w:r>
      <w:proofErr w:type="spellStart"/>
      <w:r w:rsidRPr="00DB15DE">
        <w:rPr>
          <w:sz w:val="16"/>
          <w:szCs w:val="16"/>
        </w:rPr>
        <w:t>kurul</w:t>
      </w:r>
      <w:proofErr w:type="spellEnd"/>
      <w:r w:rsidRPr="00DB15DE">
        <w:rPr>
          <w:sz w:val="16"/>
          <w:szCs w:val="16"/>
        </w:rPr>
        <w:t xml:space="preserve"> </w:t>
      </w:r>
      <w:proofErr w:type="spellStart"/>
      <w:r w:rsidRPr="00DB15DE">
        <w:rPr>
          <w:sz w:val="16"/>
          <w:szCs w:val="16"/>
        </w:rPr>
        <w:t>karar</w:t>
      </w:r>
      <w:proofErr w:type="spellEnd"/>
      <w:r w:rsidRPr="00DB15DE">
        <w:rPr>
          <w:sz w:val="16"/>
          <w:szCs w:val="16"/>
        </w:rPr>
        <w:t xml:space="preserve"> </w:t>
      </w:r>
      <w:proofErr w:type="spellStart"/>
      <w:r w:rsidRPr="00DB15DE">
        <w:rPr>
          <w:sz w:val="16"/>
          <w:szCs w:val="16"/>
        </w:rPr>
        <w:t>detayları</w:t>
      </w:r>
      <w:proofErr w:type="spellEnd"/>
      <w:r w:rsidRPr="00DB15DE">
        <w:rPr>
          <w:sz w:val="16"/>
          <w:szCs w:val="16"/>
        </w:rPr>
        <w:t xml:space="preserve"> e-</w:t>
      </w:r>
      <w:proofErr w:type="spellStart"/>
      <w:r w:rsidRPr="00DB15DE">
        <w:rPr>
          <w:sz w:val="16"/>
          <w:szCs w:val="16"/>
        </w:rPr>
        <w:t>posta</w:t>
      </w:r>
      <w:proofErr w:type="spellEnd"/>
      <w:r w:rsidRPr="00DB15DE">
        <w:rPr>
          <w:sz w:val="16"/>
          <w:szCs w:val="16"/>
        </w:rPr>
        <w:t xml:space="preserve"> </w:t>
      </w:r>
      <w:proofErr w:type="spellStart"/>
      <w:r w:rsidRPr="00DB15DE">
        <w:rPr>
          <w:sz w:val="16"/>
          <w:szCs w:val="16"/>
        </w:rPr>
        <w:t>ile</w:t>
      </w:r>
      <w:proofErr w:type="spellEnd"/>
      <w:r w:rsidRPr="00DB15DE">
        <w:rPr>
          <w:sz w:val="16"/>
          <w:szCs w:val="16"/>
        </w:rPr>
        <w:t xml:space="preserve"> </w:t>
      </w:r>
      <w:proofErr w:type="spellStart"/>
      <w:r w:rsidRPr="00DB15DE">
        <w:rPr>
          <w:sz w:val="16"/>
          <w:szCs w:val="16"/>
        </w:rPr>
        <w:t>başvuru</w:t>
      </w:r>
      <w:proofErr w:type="spellEnd"/>
      <w:r w:rsidRPr="00DB15DE">
        <w:rPr>
          <w:sz w:val="16"/>
          <w:szCs w:val="16"/>
        </w:rPr>
        <w:t xml:space="preserve"> </w:t>
      </w:r>
      <w:proofErr w:type="spellStart"/>
      <w:r w:rsidRPr="00DB15DE">
        <w:rPr>
          <w:sz w:val="16"/>
          <w:szCs w:val="16"/>
        </w:rPr>
        <w:t>sahibine</w:t>
      </w:r>
      <w:proofErr w:type="spellEnd"/>
      <w:r w:rsidRPr="00DB15DE">
        <w:rPr>
          <w:sz w:val="16"/>
          <w:szCs w:val="16"/>
        </w:rPr>
        <w:t xml:space="preserve"> </w:t>
      </w:r>
      <w:proofErr w:type="spellStart"/>
      <w:r w:rsidRPr="00DB15DE">
        <w:rPr>
          <w:sz w:val="16"/>
          <w:szCs w:val="16"/>
        </w:rPr>
        <w:t>ulaştırılır</w:t>
      </w:r>
      <w:proofErr w:type="spellEnd"/>
      <w:r w:rsidRPr="00DB15DE">
        <w:rPr>
          <w:sz w:val="16"/>
          <w:szCs w:val="16"/>
        </w:rPr>
        <w:t xml:space="preserve">. </w:t>
      </w:r>
      <w:proofErr w:type="spellStart"/>
      <w:r w:rsidRPr="00DB15DE">
        <w:rPr>
          <w:sz w:val="16"/>
          <w:szCs w:val="16"/>
        </w:rPr>
        <w:t>Kurul</w:t>
      </w:r>
      <w:proofErr w:type="spellEnd"/>
      <w:r w:rsidRPr="00DB15DE">
        <w:rPr>
          <w:sz w:val="16"/>
          <w:szCs w:val="16"/>
        </w:rPr>
        <w:t xml:space="preserve"> </w:t>
      </w:r>
      <w:proofErr w:type="spellStart"/>
      <w:r w:rsidRPr="00DB15DE">
        <w:rPr>
          <w:sz w:val="16"/>
          <w:szCs w:val="16"/>
        </w:rPr>
        <w:t>başvuruyu</w:t>
      </w:r>
      <w:proofErr w:type="spellEnd"/>
      <w:r w:rsidRPr="00DB15DE">
        <w:rPr>
          <w:sz w:val="16"/>
          <w:szCs w:val="16"/>
        </w:rPr>
        <w:t xml:space="preserve"> </w:t>
      </w:r>
      <w:proofErr w:type="spellStart"/>
      <w:r w:rsidRPr="00DB15DE">
        <w:rPr>
          <w:sz w:val="16"/>
          <w:szCs w:val="16"/>
        </w:rPr>
        <w:t>onayladıysa</w:t>
      </w:r>
      <w:proofErr w:type="spellEnd"/>
      <w:r w:rsidRPr="00DB15DE">
        <w:rPr>
          <w:sz w:val="16"/>
          <w:szCs w:val="16"/>
        </w:rPr>
        <w:t xml:space="preserve"> </w:t>
      </w:r>
      <w:proofErr w:type="spellStart"/>
      <w:r w:rsidRPr="00DB15DE">
        <w:rPr>
          <w:sz w:val="16"/>
          <w:szCs w:val="16"/>
        </w:rPr>
        <w:t>ve</w:t>
      </w:r>
      <w:proofErr w:type="spellEnd"/>
      <w:r w:rsidRPr="00DB15DE">
        <w:rPr>
          <w:sz w:val="16"/>
          <w:szCs w:val="16"/>
        </w:rPr>
        <w:t xml:space="preserve"> </w:t>
      </w:r>
      <w:proofErr w:type="spellStart"/>
      <w:r w:rsidRPr="00DB15DE">
        <w:rPr>
          <w:sz w:val="16"/>
          <w:szCs w:val="16"/>
        </w:rPr>
        <w:t>süreç</w:t>
      </w:r>
      <w:proofErr w:type="spellEnd"/>
      <w:r w:rsidRPr="00DB15DE">
        <w:rPr>
          <w:sz w:val="16"/>
          <w:szCs w:val="16"/>
        </w:rPr>
        <w:t xml:space="preserve"> </w:t>
      </w:r>
      <w:proofErr w:type="spellStart"/>
      <w:r w:rsidRPr="00DB15DE">
        <w:rPr>
          <w:sz w:val="16"/>
          <w:szCs w:val="16"/>
        </w:rPr>
        <w:t>tamamen</w:t>
      </w:r>
      <w:proofErr w:type="spellEnd"/>
      <w:r w:rsidRPr="00DB15DE">
        <w:rPr>
          <w:sz w:val="16"/>
          <w:szCs w:val="16"/>
        </w:rPr>
        <w:t xml:space="preserve"> </w:t>
      </w:r>
      <w:proofErr w:type="spellStart"/>
      <w:r w:rsidRPr="00DB15DE">
        <w:rPr>
          <w:sz w:val="16"/>
          <w:szCs w:val="16"/>
        </w:rPr>
        <w:t>tamamlandıysa</w:t>
      </w:r>
      <w:proofErr w:type="spellEnd"/>
      <w:r w:rsidRPr="00DB15DE">
        <w:rPr>
          <w:sz w:val="16"/>
          <w:szCs w:val="16"/>
        </w:rPr>
        <w:t xml:space="preserve"> </w:t>
      </w:r>
      <w:proofErr w:type="spellStart"/>
      <w:r w:rsidRPr="00DB15DE">
        <w:rPr>
          <w:sz w:val="16"/>
          <w:szCs w:val="16"/>
        </w:rPr>
        <w:t>ya</w:t>
      </w:r>
      <w:proofErr w:type="spellEnd"/>
      <w:r w:rsidRPr="00DB15DE">
        <w:rPr>
          <w:sz w:val="16"/>
          <w:szCs w:val="16"/>
        </w:rPr>
        <w:t xml:space="preserve"> da </w:t>
      </w:r>
      <w:proofErr w:type="spellStart"/>
      <w:r w:rsidRPr="00DB15DE">
        <w:rPr>
          <w:sz w:val="16"/>
          <w:szCs w:val="16"/>
        </w:rPr>
        <w:t>çalışma</w:t>
      </w:r>
      <w:proofErr w:type="spellEnd"/>
      <w:r w:rsidRPr="00DB15DE">
        <w:rPr>
          <w:sz w:val="16"/>
          <w:szCs w:val="16"/>
        </w:rPr>
        <w:t xml:space="preserve"> </w:t>
      </w:r>
      <w:proofErr w:type="spellStart"/>
      <w:r w:rsidRPr="00DB15DE">
        <w:rPr>
          <w:sz w:val="16"/>
          <w:szCs w:val="16"/>
        </w:rPr>
        <w:t>ikincil</w:t>
      </w:r>
      <w:proofErr w:type="spellEnd"/>
      <w:r w:rsidRPr="00DB15DE">
        <w:rPr>
          <w:sz w:val="16"/>
          <w:szCs w:val="16"/>
        </w:rPr>
        <w:t xml:space="preserve"> </w:t>
      </w:r>
      <w:proofErr w:type="spellStart"/>
      <w:r w:rsidRPr="00DB15DE">
        <w:rPr>
          <w:sz w:val="16"/>
          <w:szCs w:val="16"/>
        </w:rPr>
        <w:t>veri</w:t>
      </w:r>
      <w:proofErr w:type="spellEnd"/>
      <w:r w:rsidRPr="00DB15DE">
        <w:rPr>
          <w:sz w:val="16"/>
          <w:szCs w:val="16"/>
        </w:rPr>
        <w:t xml:space="preserve"> </w:t>
      </w:r>
      <w:proofErr w:type="spellStart"/>
      <w:r w:rsidRPr="00DB15DE">
        <w:rPr>
          <w:sz w:val="16"/>
          <w:szCs w:val="16"/>
        </w:rPr>
        <w:t>gerektirmiyorsa</w:t>
      </w:r>
      <w:proofErr w:type="spellEnd"/>
      <w:r w:rsidRPr="00DB15DE">
        <w:rPr>
          <w:sz w:val="16"/>
          <w:szCs w:val="16"/>
        </w:rPr>
        <w:t xml:space="preserve">, </w:t>
      </w:r>
      <w:proofErr w:type="spellStart"/>
      <w:r w:rsidRPr="00DB15DE">
        <w:rPr>
          <w:sz w:val="16"/>
          <w:szCs w:val="16"/>
        </w:rPr>
        <w:t>tarafınıza</w:t>
      </w:r>
      <w:proofErr w:type="spellEnd"/>
      <w:r w:rsidRPr="00DB15DE">
        <w:rPr>
          <w:sz w:val="16"/>
          <w:szCs w:val="16"/>
        </w:rPr>
        <w:t xml:space="preserve"> </w:t>
      </w:r>
      <w:proofErr w:type="spellStart"/>
      <w:r w:rsidRPr="00DB15DE">
        <w:rPr>
          <w:sz w:val="16"/>
          <w:szCs w:val="16"/>
        </w:rPr>
        <w:t>gönderilecek</w:t>
      </w:r>
      <w:proofErr w:type="spellEnd"/>
      <w:r w:rsidRPr="00DB15DE">
        <w:rPr>
          <w:sz w:val="16"/>
          <w:szCs w:val="16"/>
        </w:rPr>
        <w:t xml:space="preserve"> </w:t>
      </w:r>
      <w:proofErr w:type="spellStart"/>
      <w:r w:rsidRPr="00DB15DE">
        <w:rPr>
          <w:sz w:val="16"/>
          <w:szCs w:val="16"/>
        </w:rPr>
        <w:t>bilgilendirme</w:t>
      </w:r>
      <w:proofErr w:type="spellEnd"/>
      <w:r w:rsidRPr="00DB15DE">
        <w:rPr>
          <w:sz w:val="16"/>
          <w:szCs w:val="16"/>
        </w:rPr>
        <w:t xml:space="preserve"> e-</w:t>
      </w:r>
      <w:proofErr w:type="spellStart"/>
      <w:r w:rsidRPr="00DB15DE">
        <w:rPr>
          <w:sz w:val="16"/>
          <w:szCs w:val="16"/>
        </w:rPr>
        <w:t>postasının</w:t>
      </w:r>
      <w:proofErr w:type="spellEnd"/>
      <w:r w:rsidRPr="00DB15DE">
        <w:rPr>
          <w:sz w:val="16"/>
          <w:szCs w:val="16"/>
        </w:rPr>
        <w:t xml:space="preserve"> </w:t>
      </w:r>
      <w:proofErr w:type="spellStart"/>
      <w:r w:rsidRPr="00DB15DE">
        <w:rPr>
          <w:sz w:val="16"/>
          <w:szCs w:val="16"/>
        </w:rPr>
        <w:t>ekinde</w:t>
      </w:r>
      <w:proofErr w:type="spellEnd"/>
      <w:r w:rsidRPr="00DB15DE">
        <w:rPr>
          <w:sz w:val="16"/>
          <w:szCs w:val="16"/>
        </w:rPr>
        <w:t xml:space="preserve"> EBYS </w:t>
      </w:r>
      <w:proofErr w:type="spellStart"/>
      <w:r w:rsidRPr="00DB15DE">
        <w:rPr>
          <w:sz w:val="16"/>
          <w:szCs w:val="16"/>
        </w:rPr>
        <w:t>onaylı</w:t>
      </w:r>
      <w:proofErr w:type="spellEnd"/>
      <w:r w:rsidRPr="00DB15DE">
        <w:rPr>
          <w:sz w:val="16"/>
          <w:szCs w:val="16"/>
        </w:rPr>
        <w:t xml:space="preserve"> </w:t>
      </w:r>
      <w:proofErr w:type="spellStart"/>
      <w:r w:rsidRPr="00DB15DE">
        <w:rPr>
          <w:sz w:val="16"/>
          <w:szCs w:val="16"/>
        </w:rPr>
        <w:t>resmi</w:t>
      </w:r>
      <w:proofErr w:type="spellEnd"/>
      <w:r w:rsidRPr="00DB15DE">
        <w:rPr>
          <w:sz w:val="16"/>
          <w:szCs w:val="16"/>
        </w:rPr>
        <w:t xml:space="preserve"> </w:t>
      </w:r>
      <w:proofErr w:type="spellStart"/>
      <w:r w:rsidRPr="00DB15DE">
        <w:rPr>
          <w:sz w:val="16"/>
          <w:szCs w:val="16"/>
        </w:rPr>
        <w:t>belge</w:t>
      </w:r>
      <w:proofErr w:type="spellEnd"/>
      <w:r w:rsidRPr="00DB15DE">
        <w:rPr>
          <w:sz w:val="16"/>
          <w:szCs w:val="16"/>
        </w:rPr>
        <w:t xml:space="preserve"> PDF </w:t>
      </w:r>
      <w:proofErr w:type="spellStart"/>
      <w:r w:rsidRPr="00DB15DE">
        <w:rPr>
          <w:sz w:val="16"/>
          <w:szCs w:val="16"/>
        </w:rPr>
        <w:t>formatında</w:t>
      </w:r>
      <w:proofErr w:type="spellEnd"/>
      <w:r w:rsidRPr="00DB15DE">
        <w:rPr>
          <w:sz w:val="16"/>
          <w:szCs w:val="16"/>
        </w:rPr>
        <w:t xml:space="preserve"> </w:t>
      </w:r>
      <w:proofErr w:type="spellStart"/>
      <w:r w:rsidRPr="00DB15DE">
        <w:rPr>
          <w:sz w:val="16"/>
          <w:szCs w:val="16"/>
        </w:rPr>
        <w:t>eklenecektir</w:t>
      </w:r>
      <w:proofErr w:type="spellEnd"/>
      <w:r w:rsidRPr="00DB15DE">
        <w:rPr>
          <w:sz w:val="16"/>
          <w:szCs w:val="16"/>
        </w:rPr>
        <w:t>.</w:t>
      </w:r>
    </w:p>
    <w:p w14:paraId="0926179E" w14:textId="77777777" w:rsidR="00DB15DE" w:rsidRPr="00DB15DE" w:rsidRDefault="00DB15DE" w:rsidP="00DB15DE">
      <w:pPr>
        <w:pStyle w:val="ListBullet"/>
        <w:numPr>
          <w:ilvl w:val="0"/>
          <w:numId w:val="11"/>
        </w:numPr>
        <w:spacing w:before="40" w:after="80"/>
        <w:rPr>
          <w:sz w:val="16"/>
          <w:szCs w:val="16"/>
        </w:rPr>
      </w:pPr>
      <w:proofErr w:type="spellStart"/>
      <w:r w:rsidRPr="00DB15DE">
        <w:rPr>
          <w:b/>
          <w:bCs/>
          <w:sz w:val="16"/>
          <w:szCs w:val="16"/>
        </w:rPr>
        <w:t>Revizyon</w:t>
      </w:r>
      <w:proofErr w:type="spellEnd"/>
      <w:r w:rsidRPr="00DB15DE">
        <w:rPr>
          <w:b/>
          <w:bCs/>
          <w:sz w:val="16"/>
          <w:szCs w:val="16"/>
        </w:rPr>
        <w:t xml:space="preserve"> Talebi </w:t>
      </w:r>
      <w:proofErr w:type="spellStart"/>
      <w:r w:rsidRPr="00DB15DE">
        <w:rPr>
          <w:b/>
          <w:bCs/>
          <w:sz w:val="16"/>
          <w:szCs w:val="16"/>
        </w:rPr>
        <w:t>Bildirimi</w:t>
      </w:r>
      <w:proofErr w:type="spellEnd"/>
      <w:r w:rsidRPr="00DB15DE">
        <w:rPr>
          <w:b/>
          <w:bCs/>
          <w:sz w:val="16"/>
          <w:szCs w:val="16"/>
        </w:rPr>
        <w:t xml:space="preserve"> (</w:t>
      </w:r>
      <w:proofErr w:type="spellStart"/>
      <w:r w:rsidRPr="00DB15DE">
        <w:rPr>
          <w:b/>
          <w:bCs/>
          <w:sz w:val="16"/>
          <w:szCs w:val="16"/>
        </w:rPr>
        <w:t>Revizyon</w:t>
      </w:r>
      <w:proofErr w:type="spellEnd"/>
      <w:r w:rsidRPr="00DB15DE">
        <w:rPr>
          <w:b/>
          <w:bCs/>
          <w:sz w:val="16"/>
          <w:szCs w:val="16"/>
        </w:rPr>
        <w:t xml:space="preserve"> </w:t>
      </w:r>
      <w:proofErr w:type="spellStart"/>
      <w:r w:rsidRPr="00DB15DE">
        <w:rPr>
          <w:b/>
          <w:bCs/>
          <w:sz w:val="16"/>
          <w:szCs w:val="16"/>
        </w:rPr>
        <w:t>İstendi</w:t>
      </w:r>
      <w:proofErr w:type="spellEnd"/>
      <w:r w:rsidRPr="00DB15DE">
        <w:rPr>
          <w:b/>
          <w:bCs/>
          <w:sz w:val="16"/>
          <w:szCs w:val="16"/>
        </w:rPr>
        <w:t>):</w:t>
      </w:r>
      <w:r w:rsidRPr="00DB15DE">
        <w:rPr>
          <w:sz w:val="16"/>
          <w:szCs w:val="16"/>
        </w:rPr>
        <w:t xml:space="preserve"> Tez </w:t>
      </w:r>
      <w:proofErr w:type="spellStart"/>
      <w:r w:rsidRPr="00DB15DE">
        <w:rPr>
          <w:sz w:val="16"/>
          <w:szCs w:val="16"/>
        </w:rPr>
        <w:t>danışmanı</w:t>
      </w:r>
      <w:proofErr w:type="spellEnd"/>
      <w:r w:rsidRPr="00DB15DE">
        <w:rPr>
          <w:sz w:val="16"/>
          <w:szCs w:val="16"/>
        </w:rPr>
        <w:t xml:space="preserve"> </w:t>
      </w:r>
      <w:proofErr w:type="spellStart"/>
      <w:r w:rsidRPr="00DB15DE">
        <w:rPr>
          <w:sz w:val="16"/>
          <w:szCs w:val="16"/>
        </w:rPr>
        <w:t>veya</w:t>
      </w:r>
      <w:proofErr w:type="spellEnd"/>
      <w:r w:rsidRPr="00DB15DE">
        <w:rPr>
          <w:sz w:val="16"/>
          <w:szCs w:val="16"/>
        </w:rPr>
        <w:t xml:space="preserve"> </w:t>
      </w:r>
      <w:proofErr w:type="spellStart"/>
      <w:r w:rsidRPr="00DB15DE">
        <w:rPr>
          <w:sz w:val="16"/>
          <w:szCs w:val="16"/>
        </w:rPr>
        <w:t>Etik</w:t>
      </w:r>
      <w:proofErr w:type="spellEnd"/>
      <w:r w:rsidRPr="00DB15DE">
        <w:rPr>
          <w:sz w:val="16"/>
          <w:szCs w:val="16"/>
        </w:rPr>
        <w:t xml:space="preserve"> </w:t>
      </w:r>
      <w:proofErr w:type="spellStart"/>
      <w:r w:rsidRPr="00DB15DE">
        <w:rPr>
          <w:sz w:val="16"/>
          <w:szCs w:val="16"/>
        </w:rPr>
        <w:t>Kurul</w:t>
      </w:r>
      <w:proofErr w:type="spellEnd"/>
      <w:r w:rsidRPr="00DB15DE">
        <w:rPr>
          <w:sz w:val="16"/>
          <w:szCs w:val="16"/>
        </w:rPr>
        <w:t xml:space="preserve"> </w:t>
      </w:r>
      <w:proofErr w:type="spellStart"/>
      <w:r w:rsidRPr="00DB15DE">
        <w:rPr>
          <w:sz w:val="16"/>
          <w:szCs w:val="16"/>
        </w:rPr>
        <w:t>tarafından</w:t>
      </w:r>
      <w:proofErr w:type="spellEnd"/>
      <w:r w:rsidRPr="00DB15DE">
        <w:rPr>
          <w:sz w:val="16"/>
          <w:szCs w:val="16"/>
        </w:rPr>
        <w:t xml:space="preserve"> </w:t>
      </w:r>
      <w:proofErr w:type="spellStart"/>
      <w:r w:rsidRPr="00DB15DE">
        <w:rPr>
          <w:sz w:val="16"/>
          <w:szCs w:val="16"/>
        </w:rPr>
        <w:t>başvuruda</w:t>
      </w:r>
      <w:proofErr w:type="spellEnd"/>
      <w:r w:rsidRPr="00DB15DE">
        <w:rPr>
          <w:sz w:val="16"/>
          <w:szCs w:val="16"/>
        </w:rPr>
        <w:t xml:space="preserve"> </w:t>
      </w:r>
      <w:proofErr w:type="spellStart"/>
      <w:r w:rsidRPr="00DB15DE">
        <w:rPr>
          <w:sz w:val="16"/>
          <w:szCs w:val="16"/>
        </w:rPr>
        <w:t>düzeltme</w:t>
      </w:r>
      <w:proofErr w:type="spellEnd"/>
      <w:r w:rsidRPr="00DB15DE">
        <w:rPr>
          <w:sz w:val="16"/>
          <w:szCs w:val="16"/>
        </w:rPr>
        <w:t xml:space="preserve"> </w:t>
      </w:r>
      <w:proofErr w:type="spellStart"/>
      <w:r w:rsidRPr="00DB15DE">
        <w:rPr>
          <w:sz w:val="16"/>
          <w:szCs w:val="16"/>
        </w:rPr>
        <w:t>yapılması</w:t>
      </w:r>
      <w:proofErr w:type="spellEnd"/>
      <w:r w:rsidRPr="00DB15DE">
        <w:rPr>
          <w:sz w:val="16"/>
          <w:szCs w:val="16"/>
        </w:rPr>
        <w:t xml:space="preserve"> </w:t>
      </w:r>
      <w:proofErr w:type="spellStart"/>
      <w:r w:rsidRPr="00DB15DE">
        <w:rPr>
          <w:sz w:val="16"/>
          <w:szCs w:val="16"/>
        </w:rPr>
        <w:t>istendiğinde</w:t>
      </w:r>
      <w:proofErr w:type="spellEnd"/>
      <w:r w:rsidRPr="00DB15DE">
        <w:rPr>
          <w:sz w:val="16"/>
          <w:szCs w:val="16"/>
        </w:rPr>
        <w:t xml:space="preserve">; </w:t>
      </w:r>
      <w:proofErr w:type="spellStart"/>
      <w:r w:rsidRPr="00DB15DE">
        <w:rPr>
          <w:sz w:val="16"/>
          <w:szCs w:val="16"/>
        </w:rPr>
        <w:t>revizyon</w:t>
      </w:r>
      <w:proofErr w:type="spellEnd"/>
      <w:r w:rsidRPr="00DB15DE">
        <w:rPr>
          <w:sz w:val="16"/>
          <w:szCs w:val="16"/>
        </w:rPr>
        <w:t xml:space="preserve"> </w:t>
      </w:r>
      <w:proofErr w:type="spellStart"/>
      <w:r w:rsidRPr="00DB15DE">
        <w:rPr>
          <w:sz w:val="16"/>
          <w:szCs w:val="16"/>
        </w:rPr>
        <w:t>gerekçeleri</w:t>
      </w:r>
      <w:proofErr w:type="spellEnd"/>
      <w:r w:rsidRPr="00DB15DE">
        <w:rPr>
          <w:sz w:val="16"/>
          <w:szCs w:val="16"/>
        </w:rPr>
        <w:t xml:space="preserve"> </w:t>
      </w:r>
      <w:proofErr w:type="spellStart"/>
      <w:r w:rsidRPr="00DB15DE">
        <w:rPr>
          <w:sz w:val="16"/>
          <w:szCs w:val="16"/>
        </w:rPr>
        <w:t>ve</w:t>
      </w:r>
      <w:proofErr w:type="spellEnd"/>
      <w:r w:rsidRPr="00DB15DE">
        <w:rPr>
          <w:sz w:val="16"/>
          <w:szCs w:val="16"/>
        </w:rPr>
        <w:t xml:space="preserve"> </w:t>
      </w:r>
      <w:proofErr w:type="spellStart"/>
      <w:r w:rsidRPr="00DB15DE">
        <w:rPr>
          <w:sz w:val="16"/>
          <w:szCs w:val="16"/>
        </w:rPr>
        <w:t>incelenmesi</w:t>
      </w:r>
      <w:proofErr w:type="spellEnd"/>
      <w:r w:rsidRPr="00DB15DE">
        <w:rPr>
          <w:sz w:val="16"/>
          <w:szCs w:val="16"/>
        </w:rPr>
        <w:t xml:space="preserve"> </w:t>
      </w:r>
      <w:proofErr w:type="spellStart"/>
      <w:r w:rsidRPr="00DB15DE">
        <w:rPr>
          <w:sz w:val="16"/>
          <w:szCs w:val="16"/>
        </w:rPr>
        <w:t>gereken</w:t>
      </w:r>
      <w:proofErr w:type="spellEnd"/>
      <w:r w:rsidRPr="00DB15DE">
        <w:rPr>
          <w:sz w:val="16"/>
          <w:szCs w:val="16"/>
        </w:rPr>
        <w:t xml:space="preserve"> </w:t>
      </w:r>
      <w:proofErr w:type="spellStart"/>
      <w:r w:rsidRPr="00DB15DE">
        <w:rPr>
          <w:sz w:val="16"/>
          <w:szCs w:val="16"/>
        </w:rPr>
        <w:t>maddeler</w:t>
      </w:r>
      <w:proofErr w:type="spellEnd"/>
      <w:r w:rsidRPr="00DB15DE">
        <w:rPr>
          <w:sz w:val="16"/>
          <w:szCs w:val="16"/>
        </w:rPr>
        <w:t xml:space="preserve"> e-</w:t>
      </w:r>
      <w:proofErr w:type="spellStart"/>
      <w:r w:rsidRPr="00DB15DE">
        <w:rPr>
          <w:sz w:val="16"/>
          <w:szCs w:val="16"/>
        </w:rPr>
        <w:t>posta</w:t>
      </w:r>
      <w:proofErr w:type="spellEnd"/>
      <w:r w:rsidRPr="00DB15DE">
        <w:rPr>
          <w:sz w:val="16"/>
          <w:szCs w:val="16"/>
        </w:rPr>
        <w:t xml:space="preserve"> </w:t>
      </w:r>
      <w:proofErr w:type="spellStart"/>
      <w:r w:rsidRPr="00DB15DE">
        <w:rPr>
          <w:sz w:val="16"/>
          <w:szCs w:val="16"/>
        </w:rPr>
        <w:t>bildirimi</w:t>
      </w:r>
      <w:proofErr w:type="spellEnd"/>
      <w:r w:rsidRPr="00DB15DE">
        <w:rPr>
          <w:sz w:val="16"/>
          <w:szCs w:val="16"/>
        </w:rPr>
        <w:t xml:space="preserve"> </w:t>
      </w:r>
      <w:proofErr w:type="spellStart"/>
      <w:r w:rsidRPr="00DB15DE">
        <w:rPr>
          <w:sz w:val="16"/>
          <w:szCs w:val="16"/>
        </w:rPr>
        <w:t>ile</w:t>
      </w:r>
      <w:proofErr w:type="spellEnd"/>
      <w:r w:rsidRPr="00DB15DE">
        <w:rPr>
          <w:sz w:val="16"/>
          <w:szCs w:val="16"/>
        </w:rPr>
        <w:t xml:space="preserve"> </w:t>
      </w:r>
      <w:proofErr w:type="spellStart"/>
      <w:r w:rsidRPr="00DB15DE">
        <w:rPr>
          <w:sz w:val="16"/>
          <w:szCs w:val="16"/>
        </w:rPr>
        <w:t>iletilir</w:t>
      </w:r>
      <w:proofErr w:type="spellEnd"/>
      <w:r w:rsidRPr="00DB15DE">
        <w:rPr>
          <w:sz w:val="16"/>
          <w:szCs w:val="16"/>
        </w:rPr>
        <w:t xml:space="preserve">. </w:t>
      </w:r>
      <w:proofErr w:type="spellStart"/>
      <w:r w:rsidRPr="00DB15DE">
        <w:rPr>
          <w:sz w:val="16"/>
          <w:szCs w:val="16"/>
        </w:rPr>
        <w:t>Başvuru</w:t>
      </w:r>
      <w:proofErr w:type="spellEnd"/>
      <w:r w:rsidRPr="00DB15DE">
        <w:rPr>
          <w:sz w:val="16"/>
          <w:szCs w:val="16"/>
        </w:rPr>
        <w:t xml:space="preserve"> </w:t>
      </w:r>
      <w:proofErr w:type="spellStart"/>
      <w:r w:rsidRPr="00DB15DE">
        <w:rPr>
          <w:sz w:val="16"/>
          <w:szCs w:val="16"/>
        </w:rPr>
        <w:t>sahibi</w:t>
      </w:r>
      <w:proofErr w:type="spellEnd"/>
      <w:r w:rsidRPr="00DB15DE">
        <w:rPr>
          <w:sz w:val="16"/>
          <w:szCs w:val="16"/>
        </w:rPr>
        <w:t xml:space="preserve"> </w:t>
      </w:r>
      <w:proofErr w:type="spellStart"/>
      <w:r w:rsidRPr="00DB15DE">
        <w:rPr>
          <w:sz w:val="16"/>
          <w:szCs w:val="16"/>
        </w:rPr>
        <w:t>sisteme</w:t>
      </w:r>
      <w:proofErr w:type="spellEnd"/>
      <w:r w:rsidRPr="00DB15DE">
        <w:rPr>
          <w:sz w:val="16"/>
          <w:szCs w:val="16"/>
        </w:rPr>
        <w:t xml:space="preserve"> </w:t>
      </w:r>
      <w:proofErr w:type="spellStart"/>
      <w:r w:rsidRPr="00DB15DE">
        <w:rPr>
          <w:sz w:val="16"/>
          <w:szCs w:val="16"/>
        </w:rPr>
        <w:t>girerek</w:t>
      </w:r>
      <w:proofErr w:type="spellEnd"/>
      <w:r w:rsidRPr="00DB15DE">
        <w:rPr>
          <w:sz w:val="16"/>
          <w:szCs w:val="16"/>
        </w:rPr>
        <w:t xml:space="preserve"> </w:t>
      </w:r>
      <w:proofErr w:type="spellStart"/>
      <w:r w:rsidRPr="00DB15DE">
        <w:rPr>
          <w:sz w:val="16"/>
          <w:szCs w:val="16"/>
        </w:rPr>
        <w:t>gerekli</w:t>
      </w:r>
      <w:proofErr w:type="spellEnd"/>
      <w:r w:rsidRPr="00DB15DE">
        <w:rPr>
          <w:sz w:val="16"/>
          <w:szCs w:val="16"/>
        </w:rPr>
        <w:t xml:space="preserve"> </w:t>
      </w:r>
      <w:proofErr w:type="spellStart"/>
      <w:r w:rsidRPr="00DB15DE">
        <w:rPr>
          <w:sz w:val="16"/>
          <w:szCs w:val="16"/>
        </w:rPr>
        <w:t>güncellemeleri</w:t>
      </w:r>
      <w:proofErr w:type="spellEnd"/>
      <w:r w:rsidRPr="00DB15DE">
        <w:rPr>
          <w:sz w:val="16"/>
          <w:szCs w:val="16"/>
        </w:rPr>
        <w:t xml:space="preserve"> </w:t>
      </w:r>
      <w:proofErr w:type="spellStart"/>
      <w:r w:rsidRPr="00DB15DE">
        <w:rPr>
          <w:sz w:val="16"/>
          <w:szCs w:val="16"/>
        </w:rPr>
        <w:t>yapabilir</w:t>
      </w:r>
      <w:proofErr w:type="spellEnd"/>
      <w:r w:rsidRPr="00DB15DE">
        <w:rPr>
          <w:sz w:val="16"/>
          <w:szCs w:val="16"/>
        </w:rPr>
        <w:t>.</w:t>
      </w:r>
    </w:p>
    <w:p w14:paraId="1564BDC0" w14:textId="77777777" w:rsidR="00DB15DE" w:rsidRPr="00DB15DE" w:rsidRDefault="00DB15DE" w:rsidP="00DB15DE">
      <w:pPr>
        <w:pStyle w:val="ListBullet"/>
        <w:numPr>
          <w:ilvl w:val="0"/>
          <w:numId w:val="11"/>
        </w:numPr>
        <w:spacing w:before="40" w:after="80"/>
        <w:rPr>
          <w:sz w:val="16"/>
          <w:szCs w:val="16"/>
        </w:rPr>
      </w:pPr>
      <w:r w:rsidRPr="00DB15DE">
        <w:rPr>
          <w:b/>
          <w:bCs/>
          <w:sz w:val="16"/>
          <w:szCs w:val="16"/>
        </w:rPr>
        <w:t xml:space="preserve">Ret </w:t>
      </w:r>
      <w:proofErr w:type="spellStart"/>
      <w:r w:rsidRPr="00DB15DE">
        <w:rPr>
          <w:b/>
          <w:bCs/>
          <w:sz w:val="16"/>
          <w:szCs w:val="16"/>
        </w:rPr>
        <w:t>Bildirimi</w:t>
      </w:r>
      <w:proofErr w:type="spellEnd"/>
      <w:r w:rsidRPr="00DB15DE">
        <w:rPr>
          <w:b/>
          <w:bCs/>
          <w:sz w:val="16"/>
          <w:szCs w:val="16"/>
        </w:rPr>
        <w:t xml:space="preserve"> (</w:t>
      </w:r>
      <w:proofErr w:type="spellStart"/>
      <w:r w:rsidRPr="00DB15DE">
        <w:rPr>
          <w:b/>
          <w:bCs/>
          <w:sz w:val="16"/>
          <w:szCs w:val="16"/>
        </w:rPr>
        <w:t>Reddedildi</w:t>
      </w:r>
      <w:proofErr w:type="spellEnd"/>
      <w:r w:rsidRPr="00DB15DE">
        <w:rPr>
          <w:b/>
          <w:bCs/>
          <w:sz w:val="16"/>
          <w:szCs w:val="16"/>
        </w:rPr>
        <w:t>):</w:t>
      </w:r>
      <w:r w:rsidRPr="00DB15DE">
        <w:rPr>
          <w:sz w:val="16"/>
          <w:szCs w:val="16"/>
        </w:rPr>
        <w:t xml:space="preserve"> </w:t>
      </w:r>
      <w:proofErr w:type="spellStart"/>
      <w:r w:rsidRPr="00DB15DE">
        <w:rPr>
          <w:sz w:val="16"/>
          <w:szCs w:val="16"/>
        </w:rPr>
        <w:t>Başvurunun</w:t>
      </w:r>
      <w:proofErr w:type="spellEnd"/>
      <w:r w:rsidRPr="00DB15DE">
        <w:rPr>
          <w:sz w:val="16"/>
          <w:szCs w:val="16"/>
        </w:rPr>
        <w:t xml:space="preserve"> </w:t>
      </w:r>
      <w:proofErr w:type="spellStart"/>
      <w:r w:rsidRPr="00DB15DE">
        <w:rPr>
          <w:sz w:val="16"/>
          <w:szCs w:val="16"/>
        </w:rPr>
        <w:t>Etik</w:t>
      </w:r>
      <w:proofErr w:type="spellEnd"/>
      <w:r w:rsidRPr="00DB15DE">
        <w:rPr>
          <w:sz w:val="16"/>
          <w:szCs w:val="16"/>
        </w:rPr>
        <w:t xml:space="preserve"> </w:t>
      </w:r>
      <w:proofErr w:type="spellStart"/>
      <w:r w:rsidRPr="00DB15DE">
        <w:rPr>
          <w:sz w:val="16"/>
          <w:szCs w:val="16"/>
        </w:rPr>
        <w:t>Kurul</w:t>
      </w:r>
      <w:proofErr w:type="spellEnd"/>
      <w:r w:rsidRPr="00DB15DE">
        <w:rPr>
          <w:sz w:val="16"/>
          <w:szCs w:val="16"/>
        </w:rPr>
        <w:t xml:space="preserve"> </w:t>
      </w:r>
      <w:proofErr w:type="spellStart"/>
      <w:r w:rsidRPr="00DB15DE">
        <w:rPr>
          <w:sz w:val="16"/>
          <w:szCs w:val="16"/>
        </w:rPr>
        <w:t>tarafından</w:t>
      </w:r>
      <w:proofErr w:type="spellEnd"/>
      <w:r w:rsidRPr="00DB15DE">
        <w:rPr>
          <w:sz w:val="16"/>
          <w:szCs w:val="16"/>
        </w:rPr>
        <w:t xml:space="preserve"> </w:t>
      </w:r>
      <w:proofErr w:type="spellStart"/>
      <w:r w:rsidRPr="00DB15DE">
        <w:rPr>
          <w:sz w:val="16"/>
          <w:szCs w:val="16"/>
        </w:rPr>
        <w:t>uygun</w:t>
      </w:r>
      <w:proofErr w:type="spellEnd"/>
      <w:r w:rsidRPr="00DB15DE">
        <w:rPr>
          <w:sz w:val="16"/>
          <w:szCs w:val="16"/>
        </w:rPr>
        <w:t xml:space="preserve"> </w:t>
      </w:r>
      <w:proofErr w:type="spellStart"/>
      <w:r w:rsidRPr="00DB15DE">
        <w:rPr>
          <w:sz w:val="16"/>
          <w:szCs w:val="16"/>
        </w:rPr>
        <w:t>görülmeyip</w:t>
      </w:r>
      <w:proofErr w:type="spellEnd"/>
      <w:r w:rsidRPr="00DB15DE">
        <w:rPr>
          <w:sz w:val="16"/>
          <w:szCs w:val="16"/>
        </w:rPr>
        <w:t xml:space="preserve"> </w:t>
      </w:r>
      <w:proofErr w:type="spellStart"/>
      <w:r w:rsidRPr="00DB15DE">
        <w:rPr>
          <w:sz w:val="16"/>
          <w:szCs w:val="16"/>
        </w:rPr>
        <w:t>reddedilmesi</w:t>
      </w:r>
      <w:proofErr w:type="spellEnd"/>
      <w:r w:rsidRPr="00DB15DE">
        <w:rPr>
          <w:sz w:val="16"/>
          <w:szCs w:val="16"/>
        </w:rPr>
        <w:t xml:space="preserve"> </w:t>
      </w:r>
      <w:proofErr w:type="spellStart"/>
      <w:r w:rsidRPr="00DB15DE">
        <w:rPr>
          <w:sz w:val="16"/>
          <w:szCs w:val="16"/>
        </w:rPr>
        <w:t>durumunda</w:t>
      </w:r>
      <w:proofErr w:type="spellEnd"/>
      <w:r w:rsidRPr="00DB15DE">
        <w:rPr>
          <w:sz w:val="16"/>
          <w:szCs w:val="16"/>
        </w:rPr>
        <w:t xml:space="preserve">, ret </w:t>
      </w:r>
      <w:proofErr w:type="spellStart"/>
      <w:r w:rsidRPr="00DB15DE">
        <w:rPr>
          <w:sz w:val="16"/>
          <w:szCs w:val="16"/>
        </w:rPr>
        <w:t>kararı</w:t>
      </w:r>
      <w:proofErr w:type="spellEnd"/>
      <w:r w:rsidRPr="00DB15DE">
        <w:rPr>
          <w:sz w:val="16"/>
          <w:szCs w:val="16"/>
        </w:rPr>
        <w:t xml:space="preserve"> </w:t>
      </w:r>
      <w:proofErr w:type="spellStart"/>
      <w:r w:rsidRPr="00DB15DE">
        <w:rPr>
          <w:sz w:val="16"/>
          <w:szCs w:val="16"/>
        </w:rPr>
        <w:t>ve</w:t>
      </w:r>
      <w:proofErr w:type="spellEnd"/>
      <w:r w:rsidRPr="00DB15DE">
        <w:rPr>
          <w:sz w:val="16"/>
          <w:szCs w:val="16"/>
        </w:rPr>
        <w:t xml:space="preserve"> </w:t>
      </w:r>
      <w:proofErr w:type="spellStart"/>
      <w:r w:rsidRPr="00DB15DE">
        <w:rPr>
          <w:sz w:val="16"/>
          <w:szCs w:val="16"/>
        </w:rPr>
        <w:t>gerekçesi</w:t>
      </w:r>
      <w:proofErr w:type="spellEnd"/>
      <w:r w:rsidRPr="00DB15DE">
        <w:rPr>
          <w:sz w:val="16"/>
          <w:szCs w:val="16"/>
        </w:rPr>
        <w:t xml:space="preserve"> e-</w:t>
      </w:r>
      <w:proofErr w:type="spellStart"/>
      <w:r w:rsidRPr="00DB15DE">
        <w:rPr>
          <w:sz w:val="16"/>
          <w:szCs w:val="16"/>
        </w:rPr>
        <w:t>posta</w:t>
      </w:r>
      <w:proofErr w:type="spellEnd"/>
      <w:r w:rsidRPr="00DB15DE">
        <w:rPr>
          <w:sz w:val="16"/>
          <w:szCs w:val="16"/>
        </w:rPr>
        <w:t xml:space="preserve"> </w:t>
      </w:r>
      <w:proofErr w:type="spellStart"/>
      <w:r w:rsidRPr="00DB15DE">
        <w:rPr>
          <w:sz w:val="16"/>
          <w:szCs w:val="16"/>
        </w:rPr>
        <w:t>yoluyla</w:t>
      </w:r>
      <w:proofErr w:type="spellEnd"/>
      <w:r w:rsidRPr="00DB15DE">
        <w:rPr>
          <w:sz w:val="16"/>
          <w:szCs w:val="16"/>
        </w:rPr>
        <w:t xml:space="preserve"> </w:t>
      </w:r>
      <w:proofErr w:type="spellStart"/>
      <w:r w:rsidRPr="00DB15DE">
        <w:rPr>
          <w:sz w:val="16"/>
          <w:szCs w:val="16"/>
        </w:rPr>
        <w:t>bildirilir</w:t>
      </w:r>
      <w:proofErr w:type="spellEnd"/>
      <w:r w:rsidRPr="00DB15DE">
        <w:rPr>
          <w:sz w:val="16"/>
          <w:szCs w:val="16"/>
        </w:rPr>
        <w:t>.</w:t>
      </w:r>
    </w:p>
    <w:p w14:paraId="7E2FB1C0" w14:textId="77777777" w:rsidR="00DB15DE" w:rsidRPr="00C6002C" w:rsidRDefault="00DB15DE" w:rsidP="00C6002C">
      <w:pPr>
        <w:pStyle w:val="ListBullet"/>
        <w:numPr>
          <w:ilvl w:val="0"/>
          <w:numId w:val="0"/>
        </w:numPr>
        <w:spacing w:before="40" w:after="80"/>
        <w:ind w:left="360"/>
        <w:rPr>
          <w:sz w:val="16"/>
          <w:szCs w:val="16"/>
        </w:rPr>
      </w:pPr>
    </w:p>
    <w:sectPr w:rsidR="00DB15DE" w:rsidRPr="00C6002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551089"/>
    <w:multiLevelType w:val="multilevel"/>
    <w:tmpl w:val="24AA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4B6D7D"/>
    <w:multiLevelType w:val="multilevel"/>
    <w:tmpl w:val="2E00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56614">
    <w:abstractNumId w:val="8"/>
  </w:num>
  <w:num w:numId="2" w16cid:durableId="1555120887">
    <w:abstractNumId w:val="6"/>
  </w:num>
  <w:num w:numId="3" w16cid:durableId="464129158">
    <w:abstractNumId w:val="5"/>
  </w:num>
  <w:num w:numId="4" w16cid:durableId="1622148355">
    <w:abstractNumId w:val="4"/>
  </w:num>
  <w:num w:numId="5" w16cid:durableId="1123618316">
    <w:abstractNumId w:val="7"/>
  </w:num>
  <w:num w:numId="6" w16cid:durableId="1257708664">
    <w:abstractNumId w:val="3"/>
  </w:num>
  <w:num w:numId="7" w16cid:durableId="1964578093">
    <w:abstractNumId w:val="2"/>
  </w:num>
  <w:num w:numId="8" w16cid:durableId="509027558">
    <w:abstractNumId w:val="1"/>
  </w:num>
  <w:num w:numId="9" w16cid:durableId="319962575">
    <w:abstractNumId w:val="0"/>
  </w:num>
  <w:num w:numId="10" w16cid:durableId="2089881488">
    <w:abstractNumId w:val="9"/>
  </w:num>
  <w:num w:numId="11" w16cid:durableId="18693650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5974"/>
    <w:rsid w:val="0029639D"/>
    <w:rsid w:val="00326F90"/>
    <w:rsid w:val="00635137"/>
    <w:rsid w:val="006640E7"/>
    <w:rsid w:val="006B7696"/>
    <w:rsid w:val="008A1E3B"/>
    <w:rsid w:val="00AA1D8D"/>
    <w:rsid w:val="00B47730"/>
    <w:rsid w:val="00C6002C"/>
    <w:rsid w:val="00CB0664"/>
    <w:rsid w:val="00DB15DE"/>
    <w:rsid w:val="00FC693F"/>
    <w:rsid w:val="0C60561B"/>
    <w:rsid w:val="0FCD1F6D"/>
    <w:rsid w:val="1553F56F"/>
    <w:rsid w:val="15593560"/>
    <w:rsid w:val="1F4D54E1"/>
    <w:rsid w:val="2A9F5A2F"/>
    <w:rsid w:val="46E272AE"/>
    <w:rsid w:val="65898ECC"/>
    <w:rsid w:val="79AB8FC8"/>
    <w:rsid w:val="79C6DF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76663B"/>
  <w14:defaultImageDpi w14:val="300"/>
  <w15:docId w15:val="{FEAA1929-AEE1-4E11-AF88-59DFF3DB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46E272AE"/>
    <w:rPr>
      <w:color w:val="0000FF"/>
      <w:u w:val="single"/>
    </w:rPr>
  </w:style>
  <w:style w:type="character" w:styleId="UnresolvedMention">
    <w:name w:val="Unresolved Mention"/>
    <w:basedOn w:val="DefaultParagraphFont"/>
    <w:uiPriority w:val="99"/>
    <w:semiHidden/>
    <w:unhideWhenUsed/>
    <w:rsid w:val="008A1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eams.microsoft.com/l/message/19:4b5f2122-3140-4632-ae0c-2e32ee4b808c_f2400d1d-235b-4a14-8b8a-eae974afc846@unq.gbl.spaces/1789735067298?context=%7B%22contextType%22%3A%22chat%22%7D" TargetMode="Externa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1260</Words>
  <Characters>7182</Characters>
  <Application>Microsoft Office Word</Application>
  <DocSecurity>0</DocSecurity>
  <Lines>59</Lines>
  <Paragraphs>16</Paragraphs>
  <ScaleCrop>false</ScaleCrop>
  <Manager/>
  <Company/>
  <LinksUpToDate>false</LinksUpToDate>
  <CharactersWithSpaces>8426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Ilknur Ozdil Ozcan</cp:lastModifiedBy>
  <cp:revision>18</cp:revision>
  <dcterms:created xsi:type="dcterms:W3CDTF">2013-12-23T23:15:00Z</dcterms:created>
  <dcterms:modified xsi:type="dcterms:W3CDTF">2026-09-21T08:07:00Z</dcterms:modified>
  <cp:category/>
</cp:coreProperties>
</file>